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CAE" w:rsidRPr="004471C3" w:rsidRDefault="00B57AB0">
      <w:pPr>
        <w:spacing w:after="40"/>
        <w:jc w:val="right"/>
        <w:rPr>
          <w:sz w:val="22"/>
        </w:rPr>
      </w:pPr>
      <w:proofErr w:type="spellStart"/>
      <w:r w:rsidRPr="004471C3">
        <w:rPr>
          <w:sz w:val="22"/>
        </w:rPr>
        <w:t>Czarne</w:t>
      </w:r>
      <w:proofErr w:type="spellEnd"/>
      <w:r w:rsidRPr="004471C3">
        <w:rPr>
          <w:sz w:val="22"/>
        </w:rPr>
        <w:t xml:space="preserve">, </w:t>
      </w:r>
      <w:proofErr w:type="gramStart"/>
      <w:r w:rsidRPr="004471C3">
        <w:rPr>
          <w:sz w:val="22"/>
        </w:rPr>
        <w:t>2</w:t>
      </w:r>
      <w:r w:rsidR="002A5D8B">
        <w:rPr>
          <w:sz w:val="22"/>
        </w:rPr>
        <w:t>5</w:t>
      </w:r>
      <w:r w:rsidRPr="004471C3">
        <w:rPr>
          <w:sz w:val="22"/>
        </w:rPr>
        <w:t xml:space="preserve"> </w:t>
      </w:r>
      <w:proofErr w:type="spellStart"/>
      <w:r w:rsidRPr="004471C3">
        <w:rPr>
          <w:sz w:val="22"/>
        </w:rPr>
        <w:t>sierpnia</w:t>
      </w:r>
      <w:proofErr w:type="spellEnd"/>
      <w:proofErr w:type="gramEnd"/>
      <w:r w:rsidRPr="004471C3">
        <w:rPr>
          <w:sz w:val="22"/>
        </w:rPr>
        <w:t xml:space="preserve"> 2026 r.</w:t>
      </w:r>
    </w:p>
    <w:p w:rsidR="004471C3" w:rsidRDefault="004471C3">
      <w:pPr>
        <w:spacing w:after="40"/>
        <w:jc w:val="center"/>
        <w:rPr>
          <w:b/>
          <w:sz w:val="26"/>
        </w:rPr>
      </w:pPr>
    </w:p>
    <w:p w:rsidR="00CC5CAE" w:rsidRDefault="00B57AB0">
      <w:pPr>
        <w:spacing w:after="40"/>
        <w:jc w:val="center"/>
      </w:pPr>
      <w:r>
        <w:rPr>
          <w:b/>
          <w:sz w:val="26"/>
        </w:rPr>
        <w:t xml:space="preserve"> ZAPROSZENIE DO SKŁADANIA OFERT</w:t>
      </w:r>
    </w:p>
    <w:p w:rsidR="00C955F9" w:rsidRDefault="00C955F9">
      <w:pPr>
        <w:spacing w:after="40"/>
        <w:jc w:val="center"/>
        <w:rPr>
          <w:b/>
        </w:rPr>
      </w:pPr>
    </w:p>
    <w:p w:rsidR="00CC5CAE" w:rsidRPr="00C955F9" w:rsidRDefault="00B57AB0">
      <w:pPr>
        <w:spacing w:after="40"/>
        <w:jc w:val="center"/>
        <w:rPr>
          <w:b/>
          <w:sz w:val="24"/>
          <w:szCs w:val="24"/>
        </w:rPr>
      </w:pPr>
      <w:proofErr w:type="spellStart"/>
      <w:proofErr w:type="gramStart"/>
      <w:r w:rsidRPr="00C955F9">
        <w:rPr>
          <w:b/>
          <w:sz w:val="24"/>
          <w:szCs w:val="24"/>
        </w:rPr>
        <w:t>na</w:t>
      </w:r>
      <w:proofErr w:type="spellEnd"/>
      <w:proofErr w:type="gramEnd"/>
      <w:r w:rsidRPr="00C955F9">
        <w:rPr>
          <w:b/>
          <w:sz w:val="24"/>
          <w:szCs w:val="24"/>
        </w:rPr>
        <w:t xml:space="preserve"> </w:t>
      </w:r>
      <w:proofErr w:type="spellStart"/>
      <w:r w:rsidRPr="00C955F9">
        <w:rPr>
          <w:b/>
          <w:sz w:val="24"/>
          <w:szCs w:val="24"/>
        </w:rPr>
        <w:t>zakup</w:t>
      </w:r>
      <w:proofErr w:type="spellEnd"/>
      <w:r w:rsidRPr="00C955F9">
        <w:rPr>
          <w:b/>
          <w:sz w:val="24"/>
          <w:szCs w:val="24"/>
        </w:rPr>
        <w:t xml:space="preserve"> 10 </w:t>
      </w:r>
      <w:proofErr w:type="spellStart"/>
      <w:r w:rsidRPr="00C955F9">
        <w:rPr>
          <w:b/>
          <w:sz w:val="24"/>
          <w:szCs w:val="24"/>
        </w:rPr>
        <w:t>opasek</w:t>
      </w:r>
      <w:proofErr w:type="spellEnd"/>
      <w:r w:rsidRPr="00C955F9">
        <w:rPr>
          <w:b/>
          <w:sz w:val="24"/>
          <w:szCs w:val="24"/>
        </w:rPr>
        <w:t xml:space="preserve"> bezpieczeństwa oraz świadczenie usługi obsługi systemu dla 24 opasek lub innych urządzeń bezpieczeństwa w </w:t>
      </w:r>
      <w:proofErr w:type="spellStart"/>
      <w:r w:rsidRPr="00C955F9">
        <w:rPr>
          <w:b/>
          <w:sz w:val="24"/>
          <w:szCs w:val="24"/>
        </w:rPr>
        <w:t>ramach</w:t>
      </w:r>
      <w:proofErr w:type="spellEnd"/>
      <w:r w:rsidRPr="00C955F9">
        <w:rPr>
          <w:b/>
          <w:sz w:val="24"/>
          <w:szCs w:val="24"/>
        </w:rPr>
        <w:t xml:space="preserve"> </w:t>
      </w:r>
      <w:proofErr w:type="spellStart"/>
      <w:r w:rsidRPr="00C955F9">
        <w:rPr>
          <w:b/>
          <w:sz w:val="24"/>
          <w:szCs w:val="24"/>
        </w:rPr>
        <w:t>Programu</w:t>
      </w:r>
      <w:proofErr w:type="spellEnd"/>
      <w:r w:rsidRPr="00C955F9">
        <w:rPr>
          <w:b/>
          <w:sz w:val="24"/>
          <w:szCs w:val="24"/>
        </w:rPr>
        <w:t xml:space="preserve"> „</w:t>
      </w:r>
      <w:proofErr w:type="spellStart"/>
      <w:r w:rsidRPr="00C955F9">
        <w:rPr>
          <w:b/>
          <w:sz w:val="24"/>
          <w:szCs w:val="24"/>
        </w:rPr>
        <w:t>Korpus</w:t>
      </w:r>
      <w:proofErr w:type="spellEnd"/>
      <w:r w:rsidRPr="00C955F9">
        <w:rPr>
          <w:b/>
          <w:sz w:val="24"/>
          <w:szCs w:val="24"/>
        </w:rPr>
        <w:t xml:space="preserve"> </w:t>
      </w:r>
      <w:proofErr w:type="spellStart"/>
      <w:r w:rsidRPr="00C955F9">
        <w:rPr>
          <w:b/>
          <w:sz w:val="24"/>
          <w:szCs w:val="24"/>
        </w:rPr>
        <w:t>Wsparcia</w:t>
      </w:r>
      <w:proofErr w:type="spellEnd"/>
      <w:r w:rsidRPr="00C955F9">
        <w:rPr>
          <w:b/>
          <w:sz w:val="24"/>
          <w:szCs w:val="24"/>
        </w:rPr>
        <w:t xml:space="preserve"> </w:t>
      </w:r>
      <w:proofErr w:type="spellStart"/>
      <w:r w:rsidRPr="00C955F9">
        <w:rPr>
          <w:b/>
          <w:sz w:val="24"/>
          <w:szCs w:val="24"/>
        </w:rPr>
        <w:t>Seniorów</w:t>
      </w:r>
      <w:proofErr w:type="spellEnd"/>
      <w:r w:rsidRPr="00C955F9">
        <w:rPr>
          <w:b/>
          <w:sz w:val="24"/>
          <w:szCs w:val="24"/>
        </w:rPr>
        <w:t xml:space="preserve">” </w:t>
      </w:r>
      <w:proofErr w:type="spellStart"/>
      <w:r w:rsidRPr="00C955F9">
        <w:rPr>
          <w:b/>
          <w:sz w:val="24"/>
          <w:szCs w:val="24"/>
        </w:rPr>
        <w:t>na</w:t>
      </w:r>
      <w:proofErr w:type="spellEnd"/>
      <w:r w:rsidRPr="00C955F9">
        <w:rPr>
          <w:b/>
          <w:sz w:val="24"/>
          <w:szCs w:val="24"/>
        </w:rPr>
        <w:t xml:space="preserve"> </w:t>
      </w:r>
      <w:proofErr w:type="spellStart"/>
      <w:r w:rsidRPr="00C955F9">
        <w:rPr>
          <w:b/>
          <w:sz w:val="24"/>
          <w:szCs w:val="24"/>
        </w:rPr>
        <w:t>rok</w:t>
      </w:r>
      <w:proofErr w:type="spellEnd"/>
      <w:r w:rsidRPr="00C955F9">
        <w:rPr>
          <w:b/>
          <w:sz w:val="24"/>
          <w:szCs w:val="24"/>
        </w:rPr>
        <w:t xml:space="preserve"> 2026 – </w:t>
      </w:r>
      <w:proofErr w:type="spellStart"/>
      <w:r w:rsidRPr="00C955F9">
        <w:rPr>
          <w:b/>
          <w:sz w:val="24"/>
          <w:szCs w:val="24"/>
        </w:rPr>
        <w:t>Moduł</w:t>
      </w:r>
      <w:proofErr w:type="spellEnd"/>
      <w:r w:rsidRPr="00C955F9">
        <w:rPr>
          <w:b/>
          <w:sz w:val="24"/>
          <w:szCs w:val="24"/>
        </w:rPr>
        <w:t xml:space="preserve"> II</w:t>
      </w:r>
    </w:p>
    <w:p w:rsidR="00C955F9" w:rsidRPr="00C955F9" w:rsidRDefault="00C955F9">
      <w:pPr>
        <w:spacing w:after="40"/>
        <w:jc w:val="center"/>
        <w:rPr>
          <w:sz w:val="24"/>
          <w:szCs w:val="24"/>
        </w:rPr>
      </w:pPr>
    </w:p>
    <w:p w:rsidR="00CC5CAE" w:rsidRPr="00C955F9" w:rsidRDefault="00B57AB0">
      <w:pPr>
        <w:spacing w:after="40"/>
        <w:jc w:val="both"/>
        <w:rPr>
          <w:sz w:val="24"/>
          <w:szCs w:val="24"/>
        </w:rPr>
      </w:pPr>
      <w:r w:rsidRPr="00C955F9">
        <w:rPr>
          <w:sz w:val="24"/>
          <w:szCs w:val="24"/>
        </w:rPr>
        <w:t xml:space="preserve">Z uwagi na wartość zamówienia niższą niż 170 000 zł do niniejszego zamówienia nie stosuje się przepisów ustawy z dnia 11 września 2019 r. – Prawo zamówień publicznych (t.j. Dz.U. z </w:t>
      </w:r>
      <w:r w:rsidR="004471C3">
        <w:rPr>
          <w:sz w:val="24"/>
          <w:szCs w:val="24"/>
        </w:rPr>
        <w:t> </w:t>
      </w:r>
      <w:r w:rsidRPr="00C955F9">
        <w:rPr>
          <w:sz w:val="24"/>
          <w:szCs w:val="24"/>
        </w:rPr>
        <w:t xml:space="preserve">2026 r. poz. 793, z późn. zm.), zgodnie z art. </w:t>
      </w:r>
      <w:proofErr w:type="gramStart"/>
      <w:r w:rsidRPr="00C955F9">
        <w:rPr>
          <w:sz w:val="24"/>
          <w:szCs w:val="24"/>
        </w:rPr>
        <w:t>2</w:t>
      </w:r>
      <w:proofErr w:type="gramEnd"/>
      <w:r w:rsidRPr="00C955F9">
        <w:rPr>
          <w:sz w:val="24"/>
          <w:szCs w:val="24"/>
        </w:rPr>
        <w:t xml:space="preserve"> ust. </w:t>
      </w:r>
      <w:proofErr w:type="gramStart"/>
      <w:r w:rsidRPr="00C955F9">
        <w:rPr>
          <w:sz w:val="24"/>
          <w:szCs w:val="24"/>
        </w:rPr>
        <w:t>1</w:t>
      </w:r>
      <w:proofErr w:type="gramEnd"/>
      <w:r w:rsidRPr="00C955F9">
        <w:rPr>
          <w:sz w:val="24"/>
          <w:szCs w:val="24"/>
        </w:rPr>
        <w:t xml:space="preserve"> pkt 1 tej ustawy. </w:t>
      </w:r>
      <w:proofErr w:type="spellStart"/>
      <w:r w:rsidRPr="00C955F9">
        <w:rPr>
          <w:sz w:val="24"/>
          <w:szCs w:val="24"/>
        </w:rPr>
        <w:t>Postępowanie</w:t>
      </w:r>
      <w:proofErr w:type="spellEnd"/>
      <w:r w:rsidRPr="00C955F9">
        <w:rPr>
          <w:sz w:val="24"/>
          <w:szCs w:val="24"/>
        </w:rPr>
        <w:t xml:space="preserve"> </w:t>
      </w:r>
      <w:proofErr w:type="spellStart"/>
      <w:r w:rsidRPr="00C955F9">
        <w:rPr>
          <w:sz w:val="24"/>
          <w:szCs w:val="24"/>
        </w:rPr>
        <w:t>prowadzone</w:t>
      </w:r>
      <w:proofErr w:type="spellEnd"/>
      <w:r w:rsidRPr="00C955F9">
        <w:rPr>
          <w:sz w:val="24"/>
          <w:szCs w:val="24"/>
        </w:rPr>
        <w:t xml:space="preserve"> jest </w:t>
      </w:r>
      <w:proofErr w:type="spellStart"/>
      <w:r w:rsidRPr="00C955F9">
        <w:rPr>
          <w:sz w:val="24"/>
          <w:szCs w:val="24"/>
        </w:rPr>
        <w:t>zgodnie</w:t>
      </w:r>
      <w:proofErr w:type="spellEnd"/>
      <w:r w:rsidRPr="00C955F9">
        <w:rPr>
          <w:sz w:val="24"/>
          <w:szCs w:val="24"/>
        </w:rPr>
        <w:t xml:space="preserve"> z </w:t>
      </w:r>
      <w:proofErr w:type="spellStart"/>
      <w:r w:rsidRPr="00C955F9">
        <w:rPr>
          <w:sz w:val="24"/>
          <w:szCs w:val="24"/>
        </w:rPr>
        <w:t>regulaminem</w:t>
      </w:r>
      <w:proofErr w:type="spellEnd"/>
      <w:r w:rsidRPr="00C955F9">
        <w:rPr>
          <w:sz w:val="24"/>
          <w:szCs w:val="24"/>
        </w:rPr>
        <w:t xml:space="preserve"> </w:t>
      </w:r>
      <w:proofErr w:type="spellStart"/>
      <w:r w:rsidRPr="00C955F9">
        <w:rPr>
          <w:sz w:val="24"/>
          <w:szCs w:val="24"/>
        </w:rPr>
        <w:t>udzielania</w:t>
      </w:r>
      <w:proofErr w:type="spellEnd"/>
      <w:r w:rsidRPr="00C955F9">
        <w:rPr>
          <w:sz w:val="24"/>
          <w:szCs w:val="24"/>
        </w:rPr>
        <w:t xml:space="preserve"> </w:t>
      </w:r>
      <w:proofErr w:type="spellStart"/>
      <w:r w:rsidRPr="00C955F9">
        <w:rPr>
          <w:sz w:val="24"/>
          <w:szCs w:val="24"/>
        </w:rPr>
        <w:t>zamówień</w:t>
      </w:r>
      <w:proofErr w:type="spellEnd"/>
      <w:r w:rsidRPr="00C955F9">
        <w:rPr>
          <w:sz w:val="24"/>
          <w:szCs w:val="24"/>
        </w:rPr>
        <w:t xml:space="preserve"> </w:t>
      </w:r>
      <w:proofErr w:type="spellStart"/>
      <w:r w:rsidRPr="00C955F9">
        <w:rPr>
          <w:sz w:val="24"/>
          <w:szCs w:val="24"/>
        </w:rPr>
        <w:t>obowiązującym</w:t>
      </w:r>
      <w:proofErr w:type="spellEnd"/>
      <w:r w:rsidRPr="00C955F9">
        <w:rPr>
          <w:sz w:val="24"/>
          <w:szCs w:val="24"/>
        </w:rPr>
        <w:t xml:space="preserve"> </w:t>
      </w:r>
      <w:proofErr w:type="gramStart"/>
      <w:r w:rsidRPr="00C955F9">
        <w:rPr>
          <w:sz w:val="24"/>
          <w:szCs w:val="24"/>
        </w:rPr>
        <w:t xml:space="preserve">u </w:t>
      </w:r>
      <w:r w:rsidR="00C955F9">
        <w:rPr>
          <w:sz w:val="24"/>
          <w:szCs w:val="24"/>
        </w:rPr>
        <w:t> </w:t>
      </w:r>
      <w:proofErr w:type="spellStart"/>
      <w:r w:rsidRPr="00C955F9">
        <w:rPr>
          <w:sz w:val="24"/>
          <w:szCs w:val="24"/>
        </w:rPr>
        <w:t>Zamawiającego</w:t>
      </w:r>
      <w:proofErr w:type="spellEnd"/>
      <w:proofErr w:type="gramEnd"/>
      <w:r w:rsidRPr="00C955F9">
        <w:rPr>
          <w:sz w:val="24"/>
          <w:szCs w:val="24"/>
        </w:rPr>
        <w:t xml:space="preserve"> </w:t>
      </w:r>
      <w:proofErr w:type="spellStart"/>
      <w:r w:rsidRPr="00C955F9">
        <w:rPr>
          <w:sz w:val="24"/>
          <w:szCs w:val="24"/>
        </w:rPr>
        <w:t>oraz</w:t>
      </w:r>
      <w:proofErr w:type="spellEnd"/>
      <w:r w:rsidRPr="00C955F9">
        <w:rPr>
          <w:sz w:val="24"/>
          <w:szCs w:val="24"/>
        </w:rPr>
        <w:t xml:space="preserve"> z </w:t>
      </w:r>
      <w:proofErr w:type="spellStart"/>
      <w:r w:rsidRPr="00C955F9">
        <w:rPr>
          <w:sz w:val="24"/>
          <w:szCs w:val="24"/>
        </w:rPr>
        <w:t>zachowaniem</w:t>
      </w:r>
      <w:proofErr w:type="spellEnd"/>
      <w:r w:rsidRPr="00C955F9">
        <w:rPr>
          <w:sz w:val="24"/>
          <w:szCs w:val="24"/>
        </w:rPr>
        <w:t xml:space="preserve"> </w:t>
      </w:r>
      <w:proofErr w:type="spellStart"/>
      <w:r w:rsidRPr="00C955F9">
        <w:rPr>
          <w:sz w:val="24"/>
          <w:szCs w:val="24"/>
        </w:rPr>
        <w:t>zasad</w:t>
      </w:r>
      <w:proofErr w:type="spellEnd"/>
      <w:r w:rsidRPr="00C955F9">
        <w:rPr>
          <w:sz w:val="24"/>
          <w:szCs w:val="24"/>
        </w:rPr>
        <w:t xml:space="preserve"> </w:t>
      </w:r>
      <w:proofErr w:type="spellStart"/>
      <w:r w:rsidRPr="00C955F9">
        <w:rPr>
          <w:sz w:val="24"/>
          <w:szCs w:val="24"/>
        </w:rPr>
        <w:t>określonych</w:t>
      </w:r>
      <w:proofErr w:type="spellEnd"/>
      <w:r w:rsidRPr="00C955F9">
        <w:rPr>
          <w:sz w:val="24"/>
          <w:szCs w:val="24"/>
        </w:rPr>
        <w:t xml:space="preserve"> w art. </w:t>
      </w:r>
      <w:proofErr w:type="gramStart"/>
      <w:r w:rsidRPr="00C955F9">
        <w:rPr>
          <w:sz w:val="24"/>
          <w:szCs w:val="24"/>
        </w:rPr>
        <w:t>44</w:t>
      </w:r>
      <w:proofErr w:type="gramEnd"/>
      <w:r w:rsidRPr="00C955F9">
        <w:rPr>
          <w:sz w:val="24"/>
          <w:szCs w:val="24"/>
        </w:rPr>
        <w:t xml:space="preserve"> ust. 3 ustawy z dnia 27 sierpnia 2009 r. o finansach publicznych (t.j. Dz.U. z 2025 r. poz. 1483, z późn. zm.).</w:t>
      </w:r>
    </w:p>
    <w:p w:rsidR="00CC5CAE" w:rsidRPr="00C955F9" w:rsidRDefault="00B57AB0">
      <w:pPr>
        <w:spacing w:after="40"/>
        <w:jc w:val="both"/>
        <w:rPr>
          <w:sz w:val="24"/>
          <w:szCs w:val="24"/>
        </w:rPr>
      </w:pPr>
      <w:r w:rsidRPr="00C955F9">
        <w:rPr>
          <w:sz w:val="24"/>
          <w:szCs w:val="24"/>
        </w:rPr>
        <w:t xml:space="preserve">Zamówienie realizowane jest w ramach Programu „Korpus Wsparcia Seniorów” </w:t>
      </w:r>
      <w:proofErr w:type="gramStart"/>
      <w:r w:rsidRPr="00C955F9">
        <w:rPr>
          <w:sz w:val="24"/>
          <w:szCs w:val="24"/>
        </w:rPr>
        <w:t>na</w:t>
      </w:r>
      <w:proofErr w:type="gramEnd"/>
      <w:r w:rsidRPr="00C955F9">
        <w:rPr>
          <w:sz w:val="24"/>
          <w:szCs w:val="24"/>
        </w:rPr>
        <w:t xml:space="preserve"> rok 2026 – Moduł II, w związku z art. </w:t>
      </w:r>
      <w:proofErr w:type="gramStart"/>
      <w:r w:rsidRPr="00C955F9">
        <w:rPr>
          <w:sz w:val="24"/>
          <w:szCs w:val="24"/>
        </w:rPr>
        <w:t>17</w:t>
      </w:r>
      <w:proofErr w:type="gramEnd"/>
      <w:r w:rsidRPr="00C955F9">
        <w:rPr>
          <w:sz w:val="24"/>
          <w:szCs w:val="24"/>
        </w:rPr>
        <w:t xml:space="preserve"> ust. </w:t>
      </w:r>
      <w:proofErr w:type="gramStart"/>
      <w:r w:rsidRPr="00C955F9">
        <w:rPr>
          <w:sz w:val="24"/>
          <w:szCs w:val="24"/>
        </w:rPr>
        <w:t>2</w:t>
      </w:r>
      <w:proofErr w:type="gramEnd"/>
      <w:r w:rsidRPr="00C955F9">
        <w:rPr>
          <w:sz w:val="24"/>
          <w:szCs w:val="24"/>
        </w:rPr>
        <w:t xml:space="preserve"> pkt 4 i art. </w:t>
      </w:r>
      <w:proofErr w:type="gramStart"/>
      <w:r w:rsidRPr="00C955F9">
        <w:rPr>
          <w:sz w:val="24"/>
          <w:szCs w:val="24"/>
        </w:rPr>
        <w:t>115</w:t>
      </w:r>
      <w:proofErr w:type="gramEnd"/>
      <w:r w:rsidRPr="00C955F9">
        <w:rPr>
          <w:sz w:val="24"/>
          <w:szCs w:val="24"/>
        </w:rPr>
        <w:t xml:space="preserve"> ust. 1 ustawy z dnia 12 marca 2004 r. o </w:t>
      </w:r>
      <w:r w:rsidR="00C955F9">
        <w:rPr>
          <w:sz w:val="24"/>
          <w:szCs w:val="24"/>
        </w:rPr>
        <w:t> </w:t>
      </w:r>
      <w:proofErr w:type="spellStart"/>
      <w:r w:rsidRPr="00C955F9">
        <w:rPr>
          <w:sz w:val="24"/>
          <w:szCs w:val="24"/>
        </w:rPr>
        <w:t>pomocy</w:t>
      </w:r>
      <w:proofErr w:type="spellEnd"/>
      <w:r w:rsidRPr="00C955F9">
        <w:rPr>
          <w:sz w:val="24"/>
          <w:szCs w:val="24"/>
        </w:rPr>
        <w:t xml:space="preserve"> </w:t>
      </w:r>
      <w:proofErr w:type="spellStart"/>
      <w:r w:rsidRPr="00C955F9">
        <w:rPr>
          <w:sz w:val="24"/>
          <w:szCs w:val="24"/>
        </w:rPr>
        <w:t>społecznej</w:t>
      </w:r>
      <w:proofErr w:type="spellEnd"/>
      <w:r w:rsidRPr="00C955F9">
        <w:rPr>
          <w:sz w:val="24"/>
          <w:szCs w:val="24"/>
        </w:rPr>
        <w:t xml:space="preserve"> (</w:t>
      </w:r>
      <w:proofErr w:type="spellStart"/>
      <w:r w:rsidRPr="00C955F9">
        <w:rPr>
          <w:sz w:val="24"/>
          <w:szCs w:val="24"/>
        </w:rPr>
        <w:t>t.j.</w:t>
      </w:r>
      <w:proofErr w:type="spellEnd"/>
      <w:r w:rsidRPr="00C955F9">
        <w:rPr>
          <w:sz w:val="24"/>
          <w:szCs w:val="24"/>
        </w:rPr>
        <w:t xml:space="preserve"> Dz.U. z 2026 r. poz. 639, z późn. zm.).</w:t>
      </w:r>
    </w:p>
    <w:p w:rsidR="00CC5CAE" w:rsidRPr="00C955F9" w:rsidRDefault="00B57AB0">
      <w:pPr>
        <w:keepNext/>
        <w:spacing w:before="100" w:after="40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>1. Zamawiający:</w:t>
      </w:r>
    </w:p>
    <w:p w:rsidR="00CC5CAE" w:rsidRPr="00C955F9" w:rsidRDefault="00B57AB0">
      <w:pPr>
        <w:spacing w:after="40"/>
        <w:jc w:val="both"/>
        <w:rPr>
          <w:sz w:val="24"/>
          <w:szCs w:val="24"/>
        </w:rPr>
      </w:pPr>
      <w:proofErr w:type="gramStart"/>
      <w:r w:rsidRPr="00C955F9">
        <w:rPr>
          <w:sz w:val="24"/>
          <w:szCs w:val="24"/>
        </w:rPr>
        <w:t>Ośrodek Pomocy Społecznej w Czarnem, ul.</w:t>
      </w:r>
      <w:proofErr w:type="gramEnd"/>
      <w:r w:rsidRPr="00C955F9">
        <w:rPr>
          <w:sz w:val="24"/>
          <w:szCs w:val="24"/>
        </w:rPr>
        <w:t xml:space="preserve"> Leśna 4, 77-330 Czarne, tel</w:t>
      </w:r>
      <w:proofErr w:type="gramStart"/>
      <w:r w:rsidRPr="00C955F9">
        <w:rPr>
          <w:sz w:val="24"/>
          <w:szCs w:val="24"/>
        </w:rPr>
        <w:t>./</w:t>
      </w:r>
      <w:proofErr w:type="gramEnd"/>
      <w:r w:rsidRPr="00C955F9">
        <w:rPr>
          <w:sz w:val="24"/>
          <w:szCs w:val="24"/>
        </w:rPr>
        <w:t>fax 59 83 32 081, e-mail: pomoc@opsczarne.pl.</w:t>
      </w:r>
    </w:p>
    <w:p w:rsidR="00CC5CAE" w:rsidRPr="00C955F9" w:rsidRDefault="00B57AB0">
      <w:pPr>
        <w:keepNext/>
        <w:spacing w:before="100" w:after="40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>2. Przedmiot zamówienia:</w:t>
      </w:r>
    </w:p>
    <w:p w:rsidR="00CC5CAE" w:rsidRPr="00C955F9" w:rsidRDefault="00B57AB0">
      <w:pPr>
        <w:spacing w:after="40"/>
        <w:jc w:val="both"/>
        <w:rPr>
          <w:sz w:val="24"/>
          <w:szCs w:val="24"/>
        </w:rPr>
      </w:pPr>
      <w:r w:rsidRPr="00C955F9">
        <w:rPr>
          <w:sz w:val="24"/>
          <w:szCs w:val="24"/>
        </w:rPr>
        <w:t>Przedmiot zamówienia obejmuje:</w:t>
      </w:r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 xml:space="preserve">1) </w:t>
      </w:r>
      <w:proofErr w:type="gramStart"/>
      <w:r w:rsidRPr="00C955F9">
        <w:rPr>
          <w:sz w:val="24"/>
          <w:szCs w:val="24"/>
        </w:rPr>
        <w:t>zakup</w:t>
      </w:r>
      <w:proofErr w:type="gramEnd"/>
      <w:r w:rsidRPr="00C955F9">
        <w:rPr>
          <w:sz w:val="24"/>
          <w:szCs w:val="24"/>
        </w:rPr>
        <w:t xml:space="preserve"> i dostawę 10 fabrycznie nowych opasek bezpieczeństwa;</w:t>
      </w:r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 xml:space="preserve">2) </w:t>
      </w:r>
      <w:proofErr w:type="gramStart"/>
      <w:r w:rsidRPr="00C955F9">
        <w:rPr>
          <w:sz w:val="24"/>
          <w:szCs w:val="24"/>
        </w:rPr>
        <w:t>świadczenie</w:t>
      </w:r>
      <w:proofErr w:type="gramEnd"/>
      <w:r w:rsidRPr="00C955F9">
        <w:rPr>
          <w:sz w:val="24"/>
          <w:szCs w:val="24"/>
        </w:rPr>
        <w:t xml:space="preserve"> usługi obsługi systemu dla 24 opasek lub innych urządzeń bezpieczeństwa;</w:t>
      </w:r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 xml:space="preserve">3) </w:t>
      </w:r>
      <w:proofErr w:type="gramStart"/>
      <w:r w:rsidRPr="00C955F9">
        <w:rPr>
          <w:sz w:val="24"/>
          <w:szCs w:val="24"/>
        </w:rPr>
        <w:t>całodobową</w:t>
      </w:r>
      <w:proofErr w:type="gramEnd"/>
      <w:r w:rsidRPr="00C955F9">
        <w:rPr>
          <w:sz w:val="24"/>
          <w:szCs w:val="24"/>
        </w:rPr>
        <w:t xml:space="preserve"> obsługę zgłoszeń przez centrum </w:t>
      </w:r>
      <w:proofErr w:type="spellStart"/>
      <w:r w:rsidRPr="00C955F9">
        <w:rPr>
          <w:sz w:val="24"/>
          <w:szCs w:val="24"/>
        </w:rPr>
        <w:t>monitoringu</w:t>
      </w:r>
      <w:proofErr w:type="spellEnd"/>
      <w:r w:rsidRPr="00C955F9">
        <w:rPr>
          <w:sz w:val="24"/>
          <w:szCs w:val="24"/>
        </w:rPr>
        <w:t xml:space="preserve"> – 24 </w:t>
      </w:r>
      <w:proofErr w:type="spellStart"/>
      <w:r w:rsidRPr="00C955F9">
        <w:rPr>
          <w:sz w:val="24"/>
          <w:szCs w:val="24"/>
        </w:rPr>
        <w:t>godziny</w:t>
      </w:r>
      <w:proofErr w:type="spellEnd"/>
      <w:r w:rsidRPr="00C955F9">
        <w:rPr>
          <w:sz w:val="24"/>
          <w:szCs w:val="24"/>
        </w:rPr>
        <w:t xml:space="preserve"> </w:t>
      </w:r>
      <w:proofErr w:type="spellStart"/>
      <w:r w:rsidRPr="00C955F9">
        <w:rPr>
          <w:sz w:val="24"/>
          <w:szCs w:val="24"/>
        </w:rPr>
        <w:t>na</w:t>
      </w:r>
      <w:proofErr w:type="spellEnd"/>
      <w:r w:rsidRPr="00C955F9">
        <w:rPr>
          <w:sz w:val="24"/>
          <w:szCs w:val="24"/>
        </w:rPr>
        <w:t xml:space="preserve"> </w:t>
      </w:r>
      <w:proofErr w:type="spellStart"/>
      <w:r w:rsidRPr="00C955F9">
        <w:rPr>
          <w:sz w:val="24"/>
          <w:szCs w:val="24"/>
        </w:rPr>
        <w:t>dobę</w:t>
      </w:r>
      <w:proofErr w:type="spellEnd"/>
      <w:r w:rsidRPr="00C955F9">
        <w:rPr>
          <w:sz w:val="24"/>
          <w:szCs w:val="24"/>
        </w:rPr>
        <w:t xml:space="preserve">, 7 </w:t>
      </w:r>
      <w:proofErr w:type="spellStart"/>
      <w:r w:rsidRPr="00C955F9">
        <w:rPr>
          <w:sz w:val="24"/>
          <w:szCs w:val="24"/>
        </w:rPr>
        <w:t>dni</w:t>
      </w:r>
      <w:proofErr w:type="spellEnd"/>
      <w:r w:rsidRPr="00C955F9">
        <w:rPr>
          <w:sz w:val="24"/>
          <w:szCs w:val="24"/>
        </w:rPr>
        <w:t xml:space="preserve"> w </w:t>
      </w:r>
      <w:r w:rsidR="00C955F9">
        <w:rPr>
          <w:sz w:val="24"/>
          <w:szCs w:val="24"/>
        </w:rPr>
        <w:t> </w:t>
      </w:r>
      <w:proofErr w:type="spellStart"/>
      <w:r w:rsidRPr="00C955F9">
        <w:rPr>
          <w:sz w:val="24"/>
          <w:szCs w:val="24"/>
        </w:rPr>
        <w:t>tygodniu</w:t>
      </w:r>
      <w:proofErr w:type="spellEnd"/>
      <w:r w:rsidRPr="00C955F9">
        <w:rPr>
          <w:sz w:val="24"/>
          <w:szCs w:val="24"/>
        </w:rPr>
        <w:t>;</w:t>
      </w:r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 xml:space="preserve">4) </w:t>
      </w:r>
      <w:proofErr w:type="gramStart"/>
      <w:r w:rsidRPr="00C955F9">
        <w:rPr>
          <w:sz w:val="24"/>
          <w:szCs w:val="24"/>
        </w:rPr>
        <w:t>przyjmowanie</w:t>
      </w:r>
      <w:proofErr w:type="gramEnd"/>
      <w:r w:rsidRPr="00C955F9">
        <w:rPr>
          <w:sz w:val="24"/>
          <w:szCs w:val="24"/>
        </w:rPr>
        <w:t xml:space="preserve"> zgłoszeń SOS, identyfikację osoby wzywającej pomocy oraz podjęcie odpowiednich działań, w tym kontakt z osobą wskazaną przez seniora, pracownikiem OPS lub wezwanie służb ratunkowych;</w:t>
      </w:r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 xml:space="preserve">5) </w:t>
      </w:r>
      <w:proofErr w:type="gramStart"/>
      <w:r w:rsidRPr="00C955F9">
        <w:rPr>
          <w:sz w:val="24"/>
          <w:szCs w:val="24"/>
        </w:rPr>
        <w:t>utworzenie</w:t>
      </w:r>
      <w:proofErr w:type="gramEnd"/>
      <w:r w:rsidRPr="00C955F9">
        <w:rPr>
          <w:sz w:val="24"/>
          <w:szCs w:val="24"/>
        </w:rPr>
        <w:t xml:space="preserve"> i prowadzenie bazy danych użytkowników oraz osób wskazanych przez nich do kontaktu;</w:t>
      </w:r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 xml:space="preserve">6) </w:t>
      </w:r>
      <w:proofErr w:type="gramStart"/>
      <w:r w:rsidRPr="00C955F9">
        <w:rPr>
          <w:sz w:val="24"/>
          <w:szCs w:val="24"/>
        </w:rPr>
        <w:t>przekazywanie</w:t>
      </w:r>
      <w:proofErr w:type="gramEnd"/>
      <w:r w:rsidRPr="00C955F9">
        <w:rPr>
          <w:sz w:val="24"/>
          <w:szCs w:val="24"/>
        </w:rPr>
        <w:t xml:space="preserve"> Zamawiającemu po zakończeniu każdego miesiąca zestawienia obejmującego co najmniej liczbę aktywnych urządzeń oraz liczbę zgłoszeń do centrali monitoringu.</w:t>
      </w:r>
    </w:p>
    <w:p w:rsidR="00CC5CAE" w:rsidRPr="00C955F9" w:rsidRDefault="00B57AB0">
      <w:pPr>
        <w:spacing w:after="40"/>
        <w:jc w:val="both"/>
        <w:rPr>
          <w:sz w:val="24"/>
          <w:szCs w:val="24"/>
        </w:rPr>
      </w:pPr>
      <w:r w:rsidRPr="00C955F9">
        <w:rPr>
          <w:sz w:val="24"/>
          <w:szCs w:val="24"/>
        </w:rPr>
        <w:t xml:space="preserve">Realizacja zamówienia musi być zgodna z Programem „Korpus Wsparcia Seniorów” </w:t>
      </w:r>
      <w:proofErr w:type="gramStart"/>
      <w:r w:rsidRPr="00C955F9">
        <w:rPr>
          <w:sz w:val="24"/>
          <w:szCs w:val="24"/>
        </w:rPr>
        <w:t>na</w:t>
      </w:r>
      <w:proofErr w:type="gramEnd"/>
      <w:r w:rsidRPr="00C955F9">
        <w:rPr>
          <w:sz w:val="24"/>
          <w:szCs w:val="24"/>
        </w:rPr>
        <w:t xml:space="preserve"> rok 2026 – Moduł II.</w:t>
      </w:r>
    </w:p>
    <w:p w:rsidR="00CC5CAE" w:rsidRPr="00C955F9" w:rsidRDefault="00B57AB0">
      <w:pPr>
        <w:keepNext/>
        <w:spacing w:before="100" w:after="40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>3. Wymagania dotyczące opasek:</w:t>
      </w:r>
    </w:p>
    <w:p w:rsidR="00CC5CAE" w:rsidRPr="00C955F9" w:rsidRDefault="00B57AB0">
      <w:pPr>
        <w:spacing w:after="40"/>
        <w:jc w:val="both"/>
        <w:rPr>
          <w:sz w:val="24"/>
          <w:szCs w:val="24"/>
        </w:rPr>
      </w:pPr>
      <w:r w:rsidRPr="00C955F9">
        <w:rPr>
          <w:sz w:val="24"/>
          <w:szCs w:val="24"/>
        </w:rPr>
        <w:t xml:space="preserve">Dostarczone opaski powinny być proste w obsłudze i dostosowane do potrzeb osób w wieku 60 lat i więcej. Zamawiający, </w:t>
      </w:r>
      <w:proofErr w:type="gramStart"/>
      <w:r w:rsidRPr="00C955F9">
        <w:rPr>
          <w:sz w:val="24"/>
          <w:szCs w:val="24"/>
        </w:rPr>
        <w:t>na</w:t>
      </w:r>
      <w:proofErr w:type="gramEnd"/>
      <w:r w:rsidRPr="00C955F9">
        <w:rPr>
          <w:sz w:val="24"/>
          <w:szCs w:val="24"/>
        </w:rPr>
        <w:t xml:space="preserve"> podstawie rozeznanych potrzeb, wymaga wszystkich poniższych funkcji wskazanych w Programie „Korpus Wsparcia Seniorów” na rok 2026:</w:t>
      </w:r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proofErr w:type="gramStart"/>
      <w:r w:rsidRPr="00C955F9">
        <w:rPr>
          <w:b/>
          <w:sz w:val="24"/>
          <w:szCs w:val="24"/>
        </w:rPr>
        <w:t>a</w:t>
      </w:r>
      <w:proofErr w:type="gramEnd"/>
      <w:r w:rsidRPr="00C955F9">
        <w:rPr>
          <w:b/>
          <w:sz w:val="24"/>
          <w:szCs w:val="24"/>
        </w:rPr>
        <w:t xml:space="preserve">)) </w:t>
      </w:r>
      <w:r w:rsidRPr="00C955F9">
        <w:rPr>
          <w:sz w:val="24"/>
          <w:szCs w:val="24"/>
        </w:rPr>
        <w:t>przycisk bezpieczeństwa – sygnał SOS;</w:t>
      </w:r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 xml:space="preserve">b) </w:t>
      </w:r>
      <w:proofErr w:type="gramStart"/>
      <w:r w:rsidRPr="00C955F9">
        <w:rPr>
          <w:sz w:val="24"/>
          <w:szCs w:val="24"/>
        </w:rPr>
        <w:t>detektor</w:t>
      </w:r>
      <w:proofErr w:type="gramEnd"/>
      <w:r w:rsidRPr="00C955F9">
        <w:rPr>
          <w:sz w:val="24"/>
          <w:szCs w:val="24"/>
        </w:rPr>
        <w:t xml:space="preserve"> upadku;</w:t>
      </w:r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 xml:space="preserve">c) </w:t>
      </w:r>
      <w:proofErr w:type="gramStart"/>
      <w:r w:rsidRPr="00C955F9">
        <w:rPr>
          <w:sz w:val="24"/>
          <w:szCs w:val="24"/>
        </w:rPr>
        <w:t>czujnik</w:t>
      </w:r>
      <w:proofErr w:type="gramEnd"/>
      <w:r w:rsidRPr="00C955F9">
        <w:rPr>
          <w:sz w:val="24"/>
          <w:szCs w:val="24"/>
        </w:rPr>
        <w:t xml:space="preserve"> zdjęcia opaski/urządzenia;</w:t>
      </w:r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 xml:space="preserve">d) </w:t>
      </w:r>
      <w:proofErr w:type="gramStart"/>
      <w:r w:rsidRPr="00C955F9">
        <w:rPr>
          <w:sz w:val="24"/>
          <w:szCs w:val="24"/>
        </w:rPr>
        <w:t>lokalizator</w:t>
      </w:r>
      <w:proofErr w:type="gramEnd"/>
      <w:r w:rsidRPr="00C955F9">
        <w:rPr>
          <w:sz w:val="24"/>
          <w:szCs w:val="24"/>
        </w:rPr>
        <w:t xml:space="preserve"> GPS;</w:t>
      </w:r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 xml:space="preserve">e) </w:t>
      </w:r>
      <w:proofErr w:type="gramStart"/>
      <w:r w:rsidRPr="00C955F9">
        <w:rPr>
          <w:sz w:val="24"/>
          <w:szCs w:val="24"/>
        </w:rPr>
        <w:t>możliwość</w:t>
      </w:r>
      <w:proofErr w:type="gramEnd"/>
      <w:r w:rsidRPr="00C955F9">
        <w:rPr>
          <w:sz w:val="24"/>
          <w:szCs w:val="24"/>
        </w:rPr>
        <w:t xml:space="preserve"> komunikowania się z centrum obsługi i opiekunami;</w:t>
      </w:r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 xml:space="preserve">f) </w:t>
      </w:r>
      <w:proofErr w:type="gramStart"/>
      <w:r w:rsidRPr="00C955F9">
        <w:rPr>
          <w:sz w:val="24"/>
          <w:szCs w:val="24"/>
        </w:rPr>
        <w:t>monitorowanie</w:t>
      </w:r>
      <w:proofErr w:type="gramEnd"/>
      <w:r w:rsidRPr="00C955F9">
        <w:rPr>
          <w:sz w:val="24"/>
          <w:szCs w:val="24"/>
        </w:rPr>
        <w:t xml:space="preserve"> podstawowych czynności życiowych – puls i saturacja;</w:t>
      </w:r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lastRenderedPageBreak/>
        <w:t xml:space="preserve">g) </w:t>
      </w:r>
      <w:proofErr w:type="gramStart"/>
      <w:r w:rsidRPr="00C955F9">
        <w:rPr>
          <w:sz w:val="24"/>
          <w:szCs w:val="24"/>
        </w:rPr>
        <w:t>możliwość</w:t>
      </w:r>
      <w:proofErr w:type="gramEnd"/>
      <w:r w:rsidRPr="00C955F9">
        <w:rPr>
          <w:sz w:val="24"/>
          <w:szCs w:val="24"/>
        </w:rPr>
        <w:t xml:space="preserve"> monitorowania czasu realizowanej opieki przez osoby świadczące usługi opiekuńcze lub pomoc sąsiedzką.</w:t>
      </w:r>
    </w:p>
    <w:p w:rsidR="00CC5CAE" w:rsidRPr="00C955F9" w:rsidRDefault="00B57AB0">
      <w:pPr>
        <w:spacing w:after="40"/>
        <w:jc w:val="both"/>
        <w:rPr>
          <w:sz w:val="24"/>
          <w:szCs w:val="24"/>
        </w:rPr>
      </w:pPr>
      <w:proofErr w:type="gramStart"/>
      <w:r w:rsidRPr="00C955F9">
        <w:rPr>
          <w:sz w:val="24"/>
          <w:szCs w:val="24"/>
        </w:rPr>
        <w:t xml:space="preserve">Dostarczone opaski, z uwagi na wymagane funkcje monitorowania podstawowych czynności życiowych (puls i saturacja) przeznaczone do monitorowania stanu zdrowia seniora w ramach teleopieki, muszą być wyrobami medycznymi co najmniej klasy IIa (lub wyższej, jeżeli wynika to z przewidzianego zastosowania wyrobu i reguł klasyfikacji), zgodnymi z rozporządzeniem Parlamentu Europejskiego i Rady (UE) 2017/745 z dnia 5 kwietnia 2017 r. w sprawie wyrobów medycznych (MDR) oraz ustawą z dnia 7 kwietnia 2022 r. o wyrobach medycznych (Dz.U. z </w:t>
      </w:r>
      <w:r w:rsidR="004471C3">
        <w:rPr>
          <w:sz w:val="24"/>
          <w:szCs w:val="24"/>
        </w:rPr>
        <w:t> </w:t>
      </w:r>
      <w:r w:rsidRPr="00C955F9">
        <w:rPr>
          <w:sz w:val="24"/>
          <w:szCs w:val="24"/>
        </w:rPr>
        <w:t>2024 r. poz. 1620, z późn. zm.).</w:t>
      </w:r>
      <w:proofErr w:type="gramEnd"/>
      <w:r w:rsidRPr="00C955F9">
        <w:rPr>
          <w:sz w:val="24"/>
          <w:szCs w:val="24"/>
        </w:rPr>
        <w:t xml:space="preserve"> </w:t>
      </w:r>
      <w:proofErr w:type="gramStart"/>
      <w:r w:rsidRPr="00C955F9">
        <w:rPr>
          <w:sz w:val="24"/>
          <w:szCs w:val="24"/>
        </w:rPr>
        <w:t>Wymaganie zostało określone z uwzględnieniem Komunikatu Prezesa URPL z dnia 5 sierpnia 2026 r. w sprawie kwalifikacji i klasyfikacji opasek bezpieczeństwa wykorzystywanych w usługach teleopieki.</w:t>
      </w:r>
      <w:proofErr w:type="gramEnd"/>
      <w:r w:rsidRPr="00C955F9">
        <w:rPr>
          <w:sz w:val="24"/>
          <w:szCs w:val="24"/>
        </w:rPr>
        <w:t xml:space="preserve"> </w:t>
      </w:r>
      <w:proofErr w:type="gramStart"/>
      <w:r w:rsidRPr="00C955F9">
        <w:rPr>
          <w:sz w:val="24"/>
          <w:szCs w:val="24"/>
        </w:rPr>
        <w:t>Oferowane opaski muszą posiadać oznakowanie CE wraz z czterocyfrowym numerem identyfikacyjnym jednostki notyfikowanej uczestniczącej w ocenie zgodności.</w:t>
      </w:r>
      <w:proofErr w:type="gramEnd"/>
      <w:r w:rsidRPr="00C955F9">
        <w:rPr>
          <w:sz w:val="24"/>
          <w:szCs w:val="24"/>
        </w:rPr>
        <w:t xml:space="preserve"> Wykonawca dołączy do oferty deklarację zgodności UE producenta oraz ważny certyfikat zgodności UE wydany przez jednostkę notyfikowaną dla oferowanego wyrobu. </w:t>
      </w:r>
      <w:proofErr w:type="gramStart"/>
      <w:r w:rsidRPr="00C955F9">
        <w:rPr>
          <w:sz w:val="24"/>
          <w:szCs w:val="24"/>
        </w:rPr>
        <w:t>Instrukcja używania i informacje przeznaczone dla użytkownika muszą być dostępne w języku polskim.</w:t>
      </w:r>
      <w:proofErr w:type="gramEnd"/>
    </w:p>
    <w:p w:rsidR="00CC5CAE" w:rsidRPr="00C955F9" w:rsidRDefault="00B57AB0">
      <w:pPr>
        <w:spacing w:after="40"/>
        <w:jc w:val="both"/>
        <w:rPr>
          <w:sz w:val="24"/>
          <w:szCs w:val="24"/>
        </w:rPr>
      </w:pPr>
      <w:proofErr w:type="gramStart"/>
      <w:r w:rsidRPr="00C955F9">
        <w:rPr>
          <w:sz w:val="24"/>
          <w:szCs w:val="24"/>
        </w:rPr>
        <w:t>Na zakupionych opaskach lub ich opakowaniach musi być możliwe umieszczenie logo Ministerstwa Rodziny, Pracy i Polityki Społecznej zgodnie z zasadami Programu.</w:t>
      </w:r>
      <w:proofErr w:type="gramEnd"/>
    </w:p>
    <w:p w:rsidR="00CC5CAE" w:rsidRPr="00C955F9" w:rsidRDefault="00B57AB0">
      <w:pPr>
        <w:keepNext/>
        <w:spacing w:before="100" w:after="40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>4. Wymagania dotyczące obsługi systemu:</w:t>
      </w:r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 xml:space="preserve">a) </w:t>
      </w:r>
      <w:r w:rsidRPr="00C955F9">
        <w:rPr>
          <w:sz w:val="24"/>
          <w:szCs w:val="24"/>
        </w:rPr>
        <w:t xml:space="preserve">Wykonawca zapewni </w:t>
      </w:r>
      <w:proofErr w:type="spellStart"/>
      <w:r w:rsidRPr="00C955F9">
        <w:rPr>
          <w:sz w:val="24"/>
          <w:szCs w:val="24"/>
        </w:rPr>
        <w:t>ciągłość</w:t>
      </w:r>
      <w:proofErr w:type="spellEnd"/>
      <w:r w:rsidRPr="00C955F9">
        <w:rPr>
          <w:sz w:val="24"/>
          <w:szCs w:val="24"/>
        </w:rPr>
        <w:t xml:space="preserve"> </w:t>
      </w:r>
      <w:proofErr w:type="spellStart"/>
      <w:r w:rsidRPr="00C955F9">
        <w:rPr>
          <w:sz w:val="24"/>
          <w:szCs w:val="24"/>
        </w:rPr>
        <w:t>działania</w:t>
      </w:r>
      <w:proofErr w:type="spellEnd"/>
      <w:r w:rsidRPr="00C955F9">
        <w:rPr>
          <w:sz w:val="24"/>
          <w:szCs w:val="24"/>
        </w:rPr>
        <w:t xml:space="preserve"> centrum </w:t>
      </w:r>
      <w:proofErr w:type="spellStart"/>
      <w:r w:rsidRPr="00C955F9">
        <w:rPr>
          <w:sz w:val="24"/>
          <w:szCs w:val="24"/>
        </w:rPr>
        <w:t>monitoringu</w:t>
      </w:r>
      <w:proofErr w:type="spellEnd"/>
      <w:r w:rsidRPr="00C955F9">
        <w:rPr>
          <w:sz w:val="24"/>
          <w:szCs w:val="24"/>
        </w:rPr>
        <w:t xml:space="preserve"> </w:t>
      </w:r>
      <w:proofErr w:type="spellStart"/>
      <w:r w:rsidRPr="00C955F9">
        <w:rPr>
          <w:sz w:val="24"/>
          <w:szCs w:val="24"/>
        </w:rPr>
        <w:t>przez</w:t>
      </w:r>
      <w:proofErr w:type="spellEnd"/>
      <w:r w:rsidRPr="00C955F9">
        <w:rPr>
          <w:sz w:val="24"/>
          <w:szCs w:val="24"/>
        </w:rPr>
        <w:t xml:space="preserve"> 24 </w:t>
      </w:r>
      <w:proofErr w:type="spellStart"/>
      <w:r w:rsidRPr="00C955F9">
        <w:rPr>
          <w:sz w:val="24"/>
          <w:szCs w:val="24"/>
        </w:rPr>
        <w:t>godziny</w:t>
      </w:r>
      <w:proofErr w:type="spellEnd"/>
      <w:r w:rsidRPr="00C955F9">
        <w:rPr>
          <w:sz w:val="24"/>
          <w:szCs w:val="24"/>
        </w:rPr>
        <w:t xml:space="preserve"> </w:t>
      </w:r>
      <w:proofErr w:type="spellStart"/>
      <w:r w:rsidRPr="00C955F9">
        <w:rPr>
          <w:sz w:val="24"/>
          <w:szCs w:val="24"/>
        </w:rPr>
        <w:t>na</w:t>
      </w:r>
      <w:proofErr w:type="spellEnd"/>
      <w:r w:rsidRPr="00C955F9">
        <w:rPr>
          <w:sz w:val="24"/>
          <w:szCs w:val="24"/>
        </w:rPr>
        <w:t xml:space="preserve"> </w:t>
      </w:r>
      <w:proofErr w:type="spellStart"/>
      <w:r w:rsidRPr="00C955F9">
        <w:rPr>
          <w:sz w:val="24"/>
          <w:szCs w:val="24"/>
        </w:rPr>
        <w:t>dobę</w:t>
      </w:r>
      <w:proofErr w:type="spellEnd"/>
      <w:r w:rsidRPr="00C955F9">
        <w:rPr>
          <w:sz w:val="24"/>
          <w:szCs w:val="24"/>
        </w:rPr>
        <w:t xml:space="preserve">, </w:t>
      </w:r>
      <w:proofErr w:type="gramStart"/>
      <w:r w:rsidRPr="00C955F9">
        <w:rPr>
          <w:sz w:val="24"/>
          <w:szCs w:val="24"/>
        </w:rPr>
        <w:t xml:space="preserve">7 </w:t>
      </w:r>
      <w:r w:rsidR="004471C3">
        <w:rPr>
          <w:sz w:val="24"/>
          <w:szCs w:val="24"/>
        </w:rPr>
        <w:t> </w:t>
      </w:r>
      <w:proofErr w:type="spellStart"/>
      <w:r w:rsidRPr="00C955F9">
        <w:rPr>
          <w:sz w:val="24"/>
          <w:szCs w:val="24"/>
        </w:rPr>
        <w:t>dni</w:t>
      </w:r>
      <w:proofErr w:type="spellEnd"/>
      <w:proofErr w:type="gramEnd"/>
      <w:r w:rsidRPr="00C955F9">
        <w:rPr>
          <w:sz w:val="24"/>
          <w:szCs w:val="24"/>
        </w:rPr>
        <w:t xml:space="preserve"> w </w:t>
      </w:r>
      <w:proofErr w:type="spellStart"/>
      <w:r w:rsidRPr="00C955F9">
        <w:rPr>
          <w:sz w:val="24"/>
          <w:szCs w:val="24"/>
        </w:rPr>
        <w:t>tygodniu</w:t>
      </w:r>
      <w:proofErr w:type="spellEnd"/>
      <w:r w:rsidRPr="00C955F9">
        <w:rPr>
          <w:sz w:val="24"/>
          <w:szCs w:val="24"/>
        </w:rPr>
        <w:t>;</w:t>
      </w:r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 xml:space="preserve">b) </w:t>
      </w:r>
      <w:proofErr w:type="gramStart"/>
      <w:r w:rsidRPr="00C955F9">
        <w:rPr>
          <w:sz w:val="24"/>
          <w:szCs w:val="24"/>
        </w:rPr>
        <w:t>centrum</w:t>
      </w:r>
      <w:proofErr w:type="gramEnd"/>
      <w:r w:rsidRPr="00C955F9">
        <w:rPr>
          <w:sz w:val="24"/>
          <w:szCs w:val="24"/>
        </w:rPr>
        <w:t xml:space="preserve"> monitoringu musi posiadać odpowiednią liczbę dyspozytorów przygotowanych do obsługi zgłoszeń i podejmowania działań adekwatnych do sytuacji seniora;</w:t>
      </w:r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 xml:space="preserve">c) </w:t>
      </w:r>
      <w:r w:rsidRPr="00C955F9">
        <w:rPr>
          <w:sz w:val="24"/>
          <w:szCs w:val="24"/>
        </w:rPr>
        <w:t>Wykonawca zapewni zaplecze techniczne i teleinformatyczne niezbędne do prawidłowego świadczenia usługi;</w:t>
      </w:r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 xml:space="preserve">d) </w:t>
      </w:r>
      <w:proofErr w:type="gramStart"/>
      <w:r w:rsidRPr="00C955F9">
        <w:rPr>
          <w:sz w:val="24"/>
          <w:szCs w:val="24"/>
        </w:rPr>
        <w:t>systemy</w:t>
      </w:r>
      <w:proofErr w:type="gramEnd"/>
      <w:r w:rsidRPr="00C955F9">
        <w:rPr>
          <w:sz w:val="24"/>
          <w:szCs w:val="24"/>
        </w:rPr>
        <w:t xml:space="preserve"> wykorzystywane przez Wykonawcę muszą być zgodne z obowiązującymi przepisami prawa, w tym przepisami o ochronie danych osobowych;</w:t>
      </w:r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 xml:space="preserve">e) </w:t>
      </w:r>
      <w:proofErr w:type="gramStart"/>
      <w:r w:rsidRPr="00C955F9">
        <w:rPr>
          <w:sz w:val="24"/>
          <w:szCs w:val="24"/>
        </w:rPr>
        <w:t>usługa</w:t>
      </w:r>
      <w:proofErr w:type="gramEnd"/>
      <w:r w:rsidRPr="00C955F9">
        <w:rPr>
          <w:sz w:val="24"/>
          <w:szCs w:val="24"/>
        </w:rPr>
        <w:t xml:space="preserve"> musi być kompatybilna z urządzeniami ZEGAREK SOS LOCON LIFE PLUS oraz SiDLY Vital Care posiadanymi przez Gminę Czarne;</w:t>
      </w:r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proofErr w:type="gramStart"/>
      <w:r w:rsidRPr="00C955F9">
        <w:rPr>
          <w:b/>
          <w:sz w:val="24"/>
          <w:szCs w:val="24"/>
        </w:rPr>
        <w:t xml:space="preserve">f) </w:t>
      </w:r>
      <w:r w:rsidRPr="00C955F9">
        <w:rPr>
          <w:sz w:val="24"/>
          <w:szCs w:val="24"/>
        </w:rPr>
        <w:t>10 nowych</w:t>
      </w:r>
      <w:proofErr w:type="gramEnd"/>
      <w:r w:rsidRPr="00C955F9">
        <w:rPr>
          <w:sz w:val="24"/>
          <w:szCs w:val="24"/>
        </w:rPr>
        <w:t xml:space="preserve"> opasek musi współpracować z oferowanym systemem obsługi.</w:t>
      </w:r>
    </w:p>
    <w:p w:rsidR="00CC5CAE" w:rsidRPr="00C955F9" w:rsidRDefault="00B57AB0">
      <w:pPr>
        <w:spacing w:after="40"/>
        <w:jc w:val="both"/>
        <w:rPr>
          <w:sz w:val="24"/>
          <w:szCs w:val="24"/>
        </w:rPr>
      </w:pPr>
      <w:proofErr w:type="gramStart"/>
      <w:r w:rsidRPr="00C955F9">
        <w:rPr>
          <w:sz w:val="24"/>
          <w:szCs w:val="24"/>
        </w:rPr>
        <w:t>Wskazanie modeli LOCON LIFE PLUS i SiDLY Vital Care wynika z konieczności zapewnienia kompatybilności z urządzeniami już posiadanymi przez Gminę Czarne.</w:t>
      </w:r>
      <w:proofErr w:type="gramEnd"/>
    </w:p>
    <w:p w:rsidR="00CC5CAE" w:rsidRPr="00C955F9" w:rsidRDefault="00B57AB0">
      <w:pPr>
        <w:keepNext/>
        <w:spacing w:before="100" w:after="40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>5. Termin realizacji zamówienia:</w:t>
      </w:r>
    </w:p>
    <w:p w:rsidR="00CC5CAE" w:rsidRPr="00C955F9" w:rsidRDefault="00B57AB0">
      <w:pPr>
        <w:spacing w:after="40"/>
        <w:jc w:val="both"/>
        <w:rPr>
          <w:sz w:val="24"/>
          <w:szCs w:val="24"/>
        </w:rPr>
      </w:pPr>
      <w:r w:rsidRPr="00C955F9">
        <w:rPr>
          <w:sz w:val="24"/>
          <w:szCs w:val="24"/>
        </w:rPr>
        <w:t xml:space="preserve">Dostawa 10 opasek – do 7 dni </w:t>
      </w:r>
      <w:proofErr w:type="gramStart"/>
      <w:r w:rsidRPr="00C955F9">
        <w:rPr>
          <w:sz w:val="24"/>
          <w:szCs w:val="24"/>
        </w:rPr>
        <w:t>od</w:t>
      </w:r>
      <w:proofErr w:type="gramEnd"/>
      <w:r w:rsidRPr="00C955F9">
        <w:rPr>
          <w:sz w:val="24"/>
          <w:szCs w:val="24"/>
        </w:rPr>
        <w:t xml:space="preserve"> dnia podpisania umowy. Usługa obsługi systemu – od dnia podpisania umowy, nie wcześniej niż od 1 września 2026 r., do 31 grudnia 2026 r. W </w:t>
      </w:r>
      <w:r w:rsidR="00C955F9">
        <w:rPr>
          <w:sz w:val="24"/>
          <w:szCs w:val="24"/>
        </w:rPr>
        <w:t> </w:t>
      </w:r>
      <w:proofErr w:type="spellStart"/>
      <w:r w:rsidRPr="00C955F9">
        <w:rPr>
          <w:sz w:val="24"/>
          <w:szCs w:val="24"/>
        </w:rPr>
        <w:t>przypadku</w:t>
      </w:r>
      <w:proofErr w:type="spellEnd"/>
      <w:r w:rsidRPr="00C955F9">
        <w:rPr>
          <w:sz w:val="24"/>
          <w:szCs w:val="24"/>
        </w:rPr>
        <w:t xml:space="preserve"> </w:t>
      </w:r>
      <w:proofErr w:type="spellStart"/>
      <w:r w:rsidRPr="00C955F9">
        <w:rPr>
          <w:sz w:val="24"/>
          <w:szCs w:val="24"/>
        </w:rPr>
        <w:t>rozpoczęcia</w:t>
      </w:r>
      <w:proofErr w:type="spellEnd"/>
      <w:r w:rsidRPr="00C955F9">
        <w:rPr>
          <w:sz w:val="24"/>
          <w:szCs w:val="24"/>
        </w:rPr>
        <w:t xml:space="preserve"> </w:t>
      </w:r>
      <w:proofErr w:type="spellStart"/>
      <w:r w:rsidRPr="00C955F9">
        <w:rPr>
          <w:sz w:val="24"/>
          <w:szCs w:val="24"/>
        </w:rPr>
        <w:t>usługi</w:t>
      </w:r>
      <w:proofErr w:type="spellEnd"/>
      <w:r w:rsidRPr="00C955F9">
        <w:rPr>
          <w:sz w:val="24"/>
          <w:szCs w:val="24"/>
        </w:rPr>
        <w:t xml:space="preserve"> w trakcie miesiąca wynagrodzenie za ten miesiąc zostanie rozliczone proporcjonalnie.</w:t>
      </w:r>
    </w:p>
    <w:p w:rsidR="00CC5CAE" w:rsidRPr="00C955F9" w:rsidRDefault="00B57AB0">
      <w:pPr>
        <w:keepNext/>
        <w:spacing w:before="100" w:after="40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>6. Warunek dotyczący doświadczenia Wykonawcy:</w:t>
      </w:r>
    </w:p>
    <w:p w:rsidR="00CC5CAE" w:rsidRPr="00C955F9" w:rsidRDefault="00B57AB0">
      <w:pPr>
        <w:spacing w:after="40"/>
        <w:jc w:val="both"/>
        <w:rPr>
          <w:sz w:val="24"/>
          <w:szCs w:val="24"/>
        </w:rPr>
      </w:pPr>
      <w:r w:rsidRPr="00C955F9">
        <w:rPr>
          <w:sz w:val="24"/>
          <w:szCs w:val="24"/>
        </w:rPr>
        <w:t>Wykonawca musi wykazać, na podstawie referencji lub innych dokumentów potwierdzających należyte wykonanie usługi, że w okresie od 1 stycznia 2023 r. do dnia składania ofert realizował lub realizuje usługę obsługi systemu obejmującą łącznie co najmniej 100 opasek lub innych urządzeń bezpieczeństwa.</w:t>
      </w:r>
    </w:p>
    <w:p w:rsidR="00CC5CAE" w:rsidRPr="00C955F9" w:rsidRDefault="00B57AB0">
      <w:pPr>
        <w:keepNext/>
        <w:spacing w:before="100" w:after="40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>7. Kryteria wyboru oferty:</w:t>
      </w:r>
    </w:p>
    <w:p w:rsidR="00CC5CAE" w:rsidRPr="00C955F9" w:rsidRDefault="00B57AB0">
      <w:pPr>
        <w:spacing w:after="40"/>
        <w:jc w:val="both"/>
        <w:rPr>
          <w:sz w:val="24"/>
          <w:szCs w:val="24"/>
        </w:rPr>
      </w:pPr>
      <w:r w:rsidRPr="00C955F9">
        <w:rPr>
          <w:sz w:val="24"/>
          <w:szCs w:val="24"/>
        </w:rPr>
        <w:t>1. Cena – 80%</w:t>
      </w:r>
    </w:p>
    <w:p w:rsidR="00CC5CAE" w:rsidRPr="00C955F9" w:rsidRDefault="00B57AB0">
      <w:pPr>
        <w:spacing w:after="40"/>
        <w:jc w:val="both"/>
        <w:rPr>
          <w:sz w:val="24"/>
          <w:szCs w:val="24"/>
        </w:rPr>
      </w:pPr>
      <w:r w:rsidRPr="00C955F9">
        <w:rPr>
          <w:sz w:val="24"/>
          <w:szCs w:val="24"/>
        </w:rPr>
        <w:t>Liczba punktów = (najniższa łączna cena ofertowa brutto / łączna cena ofertowa brutto badanej oferty) × 80.</w:t>
      </w:r>
    </w:p>
    <w:p w:rsidR="00CC5CAE" w:rsidRPr="00C955F9" w:rsidRDefault="00B57AB0">
      <w:pPr>
        <w:spacing w:after="40"/>
        <w:jc w:val="both"/>
        <w:rPr>
          <w:sz w:val="24"/>
          <w:szCs w:val="24"/>
        </w:rPr>
      </w:pPr>
      <w:r w:rsidRPr="00C955F9">
        <w:rPr>
          <w:sz w:val="24"/>
          <w:szCs w:val="24"/>
        </w:rPr>
        <w:t>Do porównania ofert przyjmuje się łączną cenę zakupu 10 opasek oraz cenę obsługi 24 urządzeń za 4 miesiące.</w:t>
      </w:r>
    </w:p>
    <w:p w:rsidR="00CC5CAE" w:rsidRPr="00C955F9" w:rsidRDefault="00B57AB0">
      <w:pPr>
        <w:spacing w:after="40"/>
        <w:jc w:val="both"/>
        <w:rPr>
          <w:sz w:val="24"/>
          <w:szCs w:val="24"/>
        </w:rPr>
      </w:pPr>
      <w:r w:rsidRPr="00C955F9">
        <w:rPr>
          <w:sz w:val="24"/>
          <w:szCs w:val="24"/>
        </w:rPr>
        <w:lastRenderedPageBreak/>
        <w:t>2. Jakość usługi – gwarantowany maksymalny czas podjęcia obsługi zgłoszenia SOS – 20%</w:t>
      </w:r>
    </w:p>
    <w:p w:rsidR="00CC5CAE" w:rsidRPr="00C955F9" w:rsidRDefault="00B57AB0">
      <w:pPr>
        <w:spacing w:after="40"/>
        <w:rPr>
          <w:sz w:val="24"/>
          <w:szCs w:val="24"/>
        </w:rPr>
      </w:pPr>
      <w:proofErr w:type="gramStart"/>
      <w:r w:rsidRPr="00C955F9">
        <w:rPr>
          <w:sz w:val="24"/>
          <w:szCs w:val="24"/>
        </w:rPr>
        <w:t>do</w:t>
      </w:r>
      <w:proofErr w:type="gramEnd"/>
      <w:r w:rsidRPr="00C955F9">
        <w:rPr>
          <w:sz w:val="24"/>
          <w:szCs w:val="24"/>
        </w:rPr>
        <w:t xml:space="preserve"> 30 sekund – 20 pkt</w:t>
      </w:r>
      <w:r w:rsidRPr="00C955F9">
        <w:rPr>
          <w:sz w:val="24"/>
          <w:szCs w:val="24"/>
        </w:rPr>
        <w:br/>
        <w:t>od 31 do 60 sekund – 10 pkt</w:t>
      </w:r>
      <w:r w:rsidRPr="00C955F9">
        <w:rPr>
          <w:sz w:val="24"/>
          <w:szCs w:val="24"/>
        </w:rPr>
        <w:br/>
        <w:t>powyżej 60 sekund – 0 pkt</w:t>
      </w:r>
    </w:p>
    <w:p w:rsidR="00CC5CAE" w:rsidRPr="00C955F9" w:rsidRDefault="00B57AB0">
      <w:pPr>
        <w:spacing w:after="40"/>
        <w:jc w:val="both"/>
        <w:rPr>
          <w:sz w:val="24"/>
          <w:szCs w:val="24"/>
        </w:rPr>
      </w:pPr>
      <w:proofErr w:type="gramStart"/>
      <w:r w:rsidRPr="00C955F9">
        <w:rPr>
          <w:sz w:val="24"/>
          <w:szCs w:val="24"/>
        </w:rPr>
        <w:t>Za najkorzystniejszą zostanie uznana oferta, która uzyska łącznie największą liczbę punktów.</w:t>
      </w:r>
      <w:proofErr w:type="gramEnd"/>
    </w:p>
    <w:p w:rsidR="00CC5CAE" w:rsidRPr="00C955F9" w:rsidRDefault="00B57AB0">
      <w:pPr>
        <w:keepNext/>
        <w:spacing w:before="100" w:after="40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>8. Sposób przygotowania oferty:</w:t>
      </w:r>
    </w:p>
    <w:p w:rsidR="00CC5CAE" w:rsidRPr="00C955F9" w:rsidRDefault="00B57AB0">
      <w:pPr>
        <w:spacing w:after="40"/>
        <w:jc w:val="both"/>
        <w:rPr>
          <w:sz w:val="24"/>
          <w:szCs w:val="24"/>
        </w:rPr>
      </w:pPr>
      <w:r w:rsidRPr="00C955F9">
        <w:rPr>
          <w:sz w:val="24"/>
          <w:szCs w:val="24"/>
        </w:rPr>
        <w:t xml:space="preserve">Ofertę należy złożyć </w:t>
      </w:r>
      <w:proofErr w:type="gramStart"/>
      <w:r w:rsidRPr="00C955F9">
        <w:rPr>
          <w:sz w:val="24"/>
          <w:szCs w:val="24"/>
        </w:rPr>
        <w:t>na</w:t>
      </w:r>
      <w:proofErr w:type="gramEnd"/>
      <w:r w:rsidRPr="00C955F9">
        <w:rPr>
          <w:sz w:val="24"/>
          <w:szCs w:val="24"/>
        </w:rPr>
        <w:t xml:space="preserve"> Formularzu ofertowym – Załącznik nr 1. Do oferty należy dołączyć: Oświadczenie Wykonawcy – </w:t>
      </w:r>
      <w:proofErr w:type="spellStart"/>
      <w:r w:rsidRPr="00C955F9">
        <w:rPr>
          <w:sz w:val="24"/>
          <w:szCs w:val="24"/>
        </w:rPr>
        <w:t>Załącznik</w:t>
      </w:r>
      <w:proofErr w:type="spellEnd"/>
      <w:r w:rsidRPr="00C955F9">
        <w:rPr>
          <w:sz w:val="24"/>
          <w:szCs w:val="24"/>
        </w:rPr>
        <w:t xml:space="preserve"> </w:t>
      </w:r>
      <w:proofErr w:type="spellStart"/>
      <w:r w:rsidRPr="00C955F9">
        <w:rPr>
          <w:sz w:val="24"/>
          <w:szCs w:val="24"/>
        </w:rPr>
        <w:t>nr</w:t>
      </w:r>
      <w:proofErr w:type="spellEnd"/>
      <w:r w:rsidRPr="00C955F9">
        <w:rPr>
          <w:sz w:val="24"/>
          <w:szCs w:val="24"/>
        </w:rPr>
        <w:t xml:space="preserve"> 3, </w:t>
      </w:r>
      <w:proofErr w:type="spellStart"/>
      <w:r w:rsidRPr="00C955F9">
        <w:rPr>
          <w:sz w:val="24"/>
          <w:szCs w:val="24"/>
        </w:rPr>
        <w:t>Wykaz</w:t>
      </w:r>
      <w:proofErr w:type="spellEnd"/>
      <w:r w:rsidRPr="00C955F9">
        <w:rPr>
          <w:sz w:val="24"/>
          <w:szCs w:val="24"/>
        </w:rPr>
        <w:t xml:space="preserve"> </w:t>
      </w:r>
      <w:proofErr w:type="spellStart"/>
      <w:r w:rsidRPr="00C955F9">
        <w:rPr>
          <w:sz w:val="24"/>
          <w:szCs w:val="24"/>
        </w:rPr>
        <w:t>doświadczenia</w:t>
      </w:r>
      <w:proofErr w:type="spellEnd"/>
      <w:r w:rsidRPr="00C955F9">
        <w:rPr>
          <w:sz w:val="24"/>
          <w:szCs w:val="24"/>
        </w:rPr>
        <w:t xml:space="preserve"> – </w:t>
      </w:r>
      <w:proofErr w:type="spellStart"/>
      <w:r w:rsidRPr="00C955F9">
        <w:rPr>
          <w:sz w:val="24"/>
          <w:szCs w:val="24"/>
        </w:rPr>
        <w:t>Załącznik</w:t>
      </w:r>
      <w:proofErr w:type="spellEnd"/>
      <w:r w:rsidRPr="00C955F9">
        <w:rPr>
          <w:sz w:val="24"/>
          <w:szCs w:val="24"/>
        </w:rPr>
        <w:t xml:space="preserve"> </w:t>
      </w:r>
      <w:proofErr w:type="spellStart"/>
      <w:r w:rsidRPr="00C955F9">
        <w:rPr>
          <w:sz w:val="24"/>
          <w:szCs w:val="24"/>
        </w:rPr>
        <w:t>nr</w:t>
      </w:r>
      <w:proofErr w:type="spellEnd"/>
      <w:r w:rsidRPr="00C955F9">
        <w:rPr>
          <w:sz w:val="24"/>
          <w:szCs w:val="24"/>
        </w:rPr>
        <w:t xml:space="preserve"> 4 </w:t>
      </w:r>
      <w:proofErr w:type="spellStart"/>
      <w:r w:rsidRPr="00C955F9">
        <w:rPr>
          <w:sz w:val="24"/>
          <w:szCs w:val="24"/>
        </w:rPr>
        <w:t>wraz</w:t>
      </w:r>
      <w:proofErr w:type="spellEnd"/>
      <w:r w:rsidRPr="00C955F9">
        <w:rPr>
          <w:sz w:val="24"/>
          <w:szCs w:val="24"/>
        </w:rPr>
        <w:t xml:space="preserve"> z </w:t>
      </w:r>
      <w:r w:rsidR="00C955F9">
        <w:rPr>
          <w:sz w:val="24"/>
          <w:szCs w:val="24"/>
        </w:rPr>
        <w:t> </w:t>
      </w:r>
      <w:proofErr w:type="spellStart"/>
      <w:r w:rsidRPr="00C955F9">
        <w:rPr>
          <w:sz w:val="24"/>
          <w:szCs w:val="24"/>
        </w:rPr>
        <w:t>dokumentami</w:t>
      </w:r>
      <w:proofErr w:type="spellEnd"/>
      <w:r w:rsidRPr="00C955F9">
        <w:rPr>
          <w:sz w:val="24"/>
          <w:szCs w:val="24"/>
        </w:rPr>
        <w:t xml:space="preserve"> </w:t>
      </w:r>
      <w:proofErr w:type="spellStart"/>
      <w:r w:rsidRPr="00C955F9">
        <w:rPr>
          <w:sz w:val="24"/>
          <w:szCs w:val="24"/>
        </w:rPr>
        <w:t>potwierdzającymi</w:t>
      </w:r>
      <w:proofErr w:type="spellEnd"/>
      <w:r w:rsidRPr="00C955F9">
        <w:rPr>
          <w:sz w:val="24"/>
          <w:szCs w:val="24"/>
        </w:rPr>
        <w:t xml:space="preserve"> </w:t>
      </w:r>
      <w:proofErr w:type="spellStart"/>
      <w:r w:rsidRPr="00C955F9">
        <w:rPr>
          <w:sz w:val="24"/>
          <w:szCs w:val="24"/>
        </w:rPr>
        <w:t>należyte</w:t>
      </w:r>
      <w:proofErr w:type="spellEnd"/>
      <w:r w:rsidRPr="00C955F9">
        <w:rPr>
          <w:sz w:val="24"/>
          <w:szCs w:val="24"/>
        </w:rPr>
        <w:t xml:space="preserve"> </w:t>
      </w:r>
      <w:proofErr w:type="spellStart"/>
      <w:r w:rsidRPr="00C955F9">
        <w:rPr>
          <w:sz w:val="24"/>
          <w:szCs w:val="24"/>
        </w:rPr>
        <w:t>wykonanie</w:t>
      </w:r>
      <w:proofErr w:type="spellEnd"/>
      <w:r w:rsidRPr="00C955F9">
        <w:rPr>
          <w:sz w:val="24"/>
          <w:szCs w:val="24"/>
        </w:rPr>
        <w:t xml:space="preserve"> </w:t>
      </w:r>
      <w:proofErr w:type="spellStart"/>
      <w:r w:rsidRPr="00C955F9">
        <w:rPr>
          <w:sz w:val="24"/>
          <w:szCs w:val="24"/>
        </w:rPr>
        <w:t>usług</w:t>
      </w:r>
      <w:proofErr w:type="spellEnd"/>
      <w:r w:rsidRPr="00C955F9">
        <w:rPr>
          <w:sz w:val="24"/>
          <w:szCs w:val="24"/>
        </w:rPr>
        <w:t xml:space="preserve">, </w:t>
      </w:r>
      <w:proofErr w:type="spellStart"/>
      <w:r w:rsidRPr="00C955F9">
        <w:rPr>
          <w:sz w:val="24"/>
          <w:szCs w:val="24"/>
        </w:rPr>
        <w:t>deklarację</w:t>
      </w:r>
      <w:proofErr w:type="spellEnd"/>
      <w:r w:rsidRPr="00C955F9">
        <w:rPr>
          <w:sz w:val="24"/>
          <w:szCs w:val="24"/>
        </w:rPr>
        <w:t xml:space="preserve"> </w:t>
      </w:r>
      <w:proofErr w:type="spellStart"/>
      <w:r w:rsidRPr="00C955F9">
        <w:rPr>
          <w:sz w:val="24"/>
          <w:szCs w:val="24"/>
        </w:rPr>
        <w:t>zgodności</w:t>
      </w:r>
      <w:proofErr w:type="spellEnd"/>
      <w:r w:rsidRPr="00C955F9">
        <w:rPr>
          <w:sz w:val="24"/>
          <w:szCs w:val="24"/>
        </w:rPr>
        <w:t xml:space="preserve"> UE producenta, ważny certyfikat zgodności UE wydany przez jednostkę notyfikowaną dla oferowanej opaski oraz dokumentację/instrukcję używania w języku polskim. </w:t>
      </w:r>
      <w:proofErr w:type="gramStart"/>
      <w:r w:rsidRPr="00C955F9">
        <w:rPr>
          <w:sz w:val="24"/>
          <w:szCs w:val="24"/>
        </w:rPr>
        <w:t>Klauzula informacyjna RODO stanowi Załącznik nr 2.</w:t>
      </w:r>
      <w:proofErr w:type="gramEnd"/>
    </w:p>
    <w:p w:rsidR="00CC5CAE" w:rsidRPr="00C955F9" w:rsidRDefault="00B57AB0">
      <w:pPr>
        <w:keepNext/>
        <w:spacing w:before="100" w:after="40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>9. Sposób i termin złożenia oferty:</w:t>
      </w:r>
    </w:p>
    <w:p w:rsidR="00CC5CAE" w:rsidRPr="00C955F9" w:rsidRDefault="00B57AB0">
      <w:pPr>
        <w:spacing w:after="40"/>
        <w:jc w:val="both"/>
        <w:rPr>
          <w:sz w:val="24"/>
          <w:szCs w:val="24"/>
        </w:rPr>
      </w:pPr>
      <w:proofErr w:type="gramStart"/>
      <w:r w:rsidRPr="00C955F9">
        <w:rPr>
          <w:sz w:val="24"/>
          <w:szCs w:val="24"/>
        </w:rPr>
        <w:t>Ofertę można złożyć osobiście w siedzibie Zamawiającego – pok.</w:t>
      </w:r>
      <w:proofErr w:type="gramEnd"/>
      <w:r w:rsidRPr="00C955F9">
        <w:rPr>
          <w:sz w:val="24"/>
          <w:szCs w:val="24"/>
        </w:rPr>
        <w:t xml:space="preserve"> </w:t>
      </w:r>
      <w:proofErr w:type="gramStart"/>
      <w:r w:rsidRPr="00C955F9">
        <w:rPr>
          <w:sz w:val="24"/>
          <w:szCs w:val="24"/>
        </w:rPr>
        <w:t>nr</w:t>
      </w:r>
      <w:proofErr w:type="gramEnd"/>
      <w:r w:rsidRPr="00C955F9">
        <w:rPr>
          <w:sz w:val="24"/>
          <w:szCs w:val="24"/>
        </w:rPr>
        <w:t xml:space="preserve"> 8, przesłać pocztą na adres: ul. Leśna 4, 77-330 Czarne lub pocztą elektroniczną </w:t>
      </w:r>
      <w:proofErr w:type="gramStart"/>
      <w:r w:rsidRPr="00C955F9">
        <w:rPr>
          <w:sz w:val="24"/>
          <w:szCs w:val="24"/>
        </w:rPr>
        <w:t>na</w:t>
      </w:r>
      <w:proofErr w:type="gramEnd"/>
      <w:r w:rsidRPr="00C955F9">
        <w:rPr>
          <w:sz w:val="24"/>
          <w:szCs w:val="24"/>
        </w:rPr>
        <w:t xml:space="preserve"> adres: pomoc@opsczarne.pl.</w:t>
      </w:r>
    </w:p>
    <w:p w:rsidR="00CC5CAE" w:rsidRPr="00C955F9" w:rsidRDefault="00B57AB0">
      <w:pPr>
        <w:spacing w:after="40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 xml:space="preserve">Termin składania ofert: </w:t>
      </w:r>
      <w:proofErr w:type="gramStart"/>
      <w:r w:rsidRPr="00C955F9">
        <w:rPr>
          <w:b/>
          <w:sz w:val="24"/>
          <w:szCs w:val="24"/>
        </w:rPr>
        <w:t>od</w:t>
      </w:r>
      <w:proofErr w:type="gramEnd"/>
      <w:r w:rsidRPr="00C955F9">
        <w:rPr>
          <w:b/>
          <w:sz w:val="24"/>
          <w:szCs w:val="24"/>
        </w:rPr>
        <w:t xml:space="preserve"> 24 sierpnia 2026 r. do 31 sierpnia 2026 r. do godz. </w:t>
      </w:r>
      <w:proofErr w:type="gramStart"/>
      <w:r w:rsidRPr="00C955F9">
        <w:rPr>
          <w:b/>
          <w:sz w:val="24"/>
          <w:szCs w:val="24"/>
        </w:rPr>
        <w:t>14</w:t>
      </w:r>
      <w:proofErr w:type="gramEnd"/>
      <w:r w:rsidRPr="00C955F9">
        <w:rPr>
          <w:b/>
          <w:sz w:val="24"/>
          <w:szCs w:val="24"/>
        </w:rPr>
        <w:t>:00. Decyduje data i godzina wpływu oferty do Zamawiającego.</w:t>
      </w:r>
    </w:p>
    <w:p w:rsidR="00CC5CAE" w:rsidRPr="00C955F9" w:rsidRDefault="00B57AB0">
      <w:pPr>
        <w:keepNext/>
        <w:spacing w:before="100" w:after="40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>10. Informacje dodatkowe:</w:t>
      </w:r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 xml:space="preserve">a) </w:t>
      </w:r>
      <w:proofErr w:type="gramStart"/>
      <w:r w:rsidRPr="00C955F9">
        <w:rPr>
          <w:sz w:val="24"/>
          <w:szCs w:val="24"/>
        </w:rPr>
        <w:t>niniejsze</w:t>
      </w:r>
      <w:proofErr w:type="gramEnd"/>
      <w:r w:rsidRPr="00C955F9">
        <w:rPr>
          <w:sz w:val="24"/>
          <w:szCs w:val="24"/>
        </w:rPr>
        <w:t xml:space="preserve"> zapytanie nie obliguje Zamawiającego do zawarcia umowy;</w:t>
      </w:r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 xml:space="preserve">b) </w:t>
      </w:r>
      <w:proofErr w:type="gramStart"/>
      <w:r w:rsidRPr="00C955F9">
        <w:rPr>
          <w:sz w:val="24"/>
          <w:szCs w:val="24"/>
        </w:rPr>
        <w:t>otwarcie</w:t>
      </w:r>
      <w:proofErr w:type="gramEnd"/>
      <w:r w:rsidRPr="00C955F9">
        <w:rPr>
          <w:sz w:val="24"/>
          <w:szCs w:val="24"/>
        </w:rPr>
        <w:t xml:space="preserve"> ofert nie ma charakteru publicznego;</w:t>
      </w:r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 xml:space="preserve">c) </w:t>
      </w:r>
      <w:r w:rsidRPr="00C955F9">
        <w:rPr>
          <w:sz w:val="24"/>
          <w:szCs w:val="24"/>
        </w:rPr>
        <w:t>Zamawiający może zwrócić się do Wykonawcy o wyjaśnienie treści oferty lub uzupełnienie dokumentów</w:t>
      </w:r>
      <w:proofErr w:type="gramStart"/>
      <w:r w:rsidRPr="00C955F9">
        <w:rPr>
          <w:sz w:val="24"/>
          <w:szCs w:val="24"/>
        </w:rPr>
        <w:t>;</w:t>
      </w:r>
      <w:proofErr w:type="gramEnd"/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 xml:space="preserve">d) </w:t>
      </w:r>
      <w:proofErr w:type="gramStart"/>
      <w:r w:rsidRPr="00C955F9">
        <w:rPr>
          <w:sz w:val="24"/>
          <w:szCs w:val="24"/>
        </w:rPr>
        <w:t>o</w:t>
      </w:r>
      <w:proofErr w:type="gramEnd"/>
      <w:r w:rsidRPr="00C955F9">
        <w:rPr>
          <w:sz w:val="24"/>
          <w:szCs w:val="24"/>
        </w:rPr>
        <w:t xml:space="preserve"> wyniku postępowania Wykonawcy zostaną poinformowani w sposób przyjęty przez Zamawiającego.</w:t>
      </w:r>
    </w:p>
    <w:p w:rsidR="00CC5CAE" w:rsidRPr="00C955F9" w:rsidRDefault="00B57AB0">
      <w:pPr>
        <w:keepNext/>
        <w:spacing w:before="100" w:after="40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>11. Załączniki:</w:t>
      </w:r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proofErr w:type="gramStart"/>
      <w:r w:rsidRPr="00C955F9">
        <w:rPr>
          <w:b/>
          <w:sz w:val="24"/>
          <w:szCs w:val="24"/>
        </w:rPr>
        <w:t xml:space="preserve">1. </w:t>
      </w:r>
      <w:r w:rsidRPr="00C955F9">
        <w:rPr>
          <w:sz w:val="24"/>
          <w:szCs w:val="24"/>
        </w:rPr>
        <w:t>Formularz ofertowy.</w:t>
      </w:r>
      <w:proofErr w:type="gramEnd"/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proofErr w:type="gramStart"/>
      <w:r w:rsidRPr="00C955F9">
        <w:rPr>
          <w:b/>
          <w:sz w:val="24"/>
          <w:szCs w:val="24"/>
        </w:rPr>
        <w:t xml:space="preserve">2. </w:t>
      </w:r>
      <w:r w:rsidRPr="00C955F9">
        <w:rPr>
          <w:sz w:val="24"/>
          <w:szCs w:val="24"/>
        </w:rPr>
        <w:t>Klauzula informacyjna RODO.</w:t>
      </w:r>
      <w:proofErr w:type="gramEnd"/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r w:rsidRPr="00C955F9">
        <w:rPr>
          <w:b/>
          <w:sz w:val="24"/>
          <w:szCs w:val="24"/>
        </w:rPr>
        <w:t xml:space="preserve">3. </w:t>
      </w:r>
      <w:r w:rsidRPr="00C955F9">
        <w:rPr>
          <w:sz w:val="24"/>
          <w:szCs w:val="24"/>
        </w:rPr>
        <w:t>Oświadczenie Wykonawcy.</w:t>
      </w:r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proofErr w:type="gramStart"/>
      <w:r w:rsidRPr="00C955F9">
        <w:rPr>
          <w:b/>
          <w:sz w:val="24"/>
          <w:szCs w:val="24"/>
        </w:rPr>
        <w:t xml:space="preserve">4. </w:t>
      </w:r>
      <w:r w:rsidRPr="00C955F9">
        <w:rPr>
          <w:sz w:val="24"/>
          <w:szCs w:val="24"/>
        </w:rPr>
        <w:t>Wykaz doświadczenia.</w:t>
      </w:r>
      <w:proofErr w:type="gramEnd"/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proofErr w:type="gramStart"/>
      <w:r w:rsidRPr="00C955F9">
        <w:rPr>
          <w:b/>
          <w:sz w:val="24"/>
          <w:szCs w:val="24"/>
        </w:rPr>
        <w:t xml:space="preserve">5. </w:t>
      </w:r>
      <w:r w:rsidRPr="00C955F9">
        <w:rPr>
          <w:sz w:val="24"/>
          <w:szCs w:val="24"/>
        </w:rPr>
        <w:t>Projekt umowy.</w:t>
      </w:r>
      <w:proofErr w:type="gramEnd"/>
    </w:p>
    <w:p w:rsidR="00CC5CAE" w:rsidRPr="00C955F9" w:rsidRDefault="00B57AB0">
      <w:pPr>
        <w:spacing w:after="40"/>
        <w:ind w:left="312" w:hanging="312"/>
        <w:jc w:val="both"/>
        <w:rPr>
          <w:sz w:val="24"/>
          <w:szCs w:val="24"/>
        </w:rPr>
      </w:pPr>
      <w:proofErr w:type="gramStart"/>
      <w:r w:rsidRPr="00C955F9">
        <w:rPr>
          <w:b/>
          <w:sz w:val="24"/>
          <w:szCs w:val="24"/>
        </w:rPr>
        <w:t xml:space="preserve">6. </w:t>
      </w:r>
      <w:r w:rsidRPr="00C955F9">
        <w:rPr>
          <w:sz w:val="24"/>
          <w:szCs w:val="24"/>
        </w:rPr>
        <w:t>Projekt umowy powierzenia przetwarzania danych osobowych.</w:t>
      </w:r>
      <w:proofErr w:type="gramEnd"/>
    </w:p>
    <w:p w:rsidR="00CC5CAE" w:rsidRPr="00C955F9" w:rsidRDefault="00CC5CAE">
      <w:pPr>
        <w:spacing w:after="40"/>
        <w:jc w:val="both"/>
        <w:rPr>
          <w:sz w:val="24"/>
          <w:szCs w:val="24"/>
        </w:rPr>
      </w:pPr>
    </w:p>
    <w:p w:rsidR="00C955F9" w:rsidRDefault="00C955F9">
      <w:pPr>
        <w:spacing w:before="240" w:after="20"/>
        <w:jc w:val="center"/>
        <w:rPr>
          <w:b/>
          <w:sz w:val="24"/>
          <w:szCs w:val="24"/>
        </w:rPr>
      </w:pPr>
    </w:p>
    <w:p w:rsidR="00C955F9" w:rsidRDefault="00C955F9">
      <w:pPr>
        <w:spacing w:before="240" w:after="20"/>
        <w:jc w:val="center"/>
        <w:rPr>
          <w:b/>
          <w:sz w:val="24"/>
          <w:szCs w:val="24"/>
        </w:rPr>
      </w:pPr>
    </w:p>
    <w:p w:rsidR="00CC5CAE" w:rsidRPr="00C955F9" w:rsidRDefault="00B57AB0">
      <w:pPr>
        <w:spacing w:before="240" w:after="20"/>
        <w:jc w:val="center"/>
        <w:rPr>
          <w:sz w:val="24"/>
          <w:szCs w:val="24"/>
        </w:rPr>
      </w:pPr>
      <w:proofErr w:type="spellStart"/>
      <w:r w:rsidRPr="00C955F9">
        <w:rPr>
          <w:b/>
          <w:sz w:val="24"/>
          <w:szCs w:val="24"/>
        </w:rPr>
        <w:t>Kierownik</w:t>
      </w:r>
      <w:proofErr w:type="spellEnd"/>
      <w:r w:rsidRPr="00C955F9">
        <w:rPr>
          <w:b/>
          <w:sz w:val="24"/>
          <w:szCs w:val="24"/>
        </w:rPr>
        <w:t xml:space="preserve"> </w:t>
      </w:r>
      <w:proofErr w:type="spellStart"/>
      <w:r w:rsidRPr="00C955F9">
        <w:rPr>
          <w:b/>
          <w:sz w:val="24"/>
          <w:szCs w:val="24"/>
        </w:rPr>
        <w:t>Ośrodka</w:t>
      </w:r>
      <w:proofErr w:type="spellEnd"/>
      <w:r w:rsidRPr="00C955F9">
        <w:rPr>
          <w:b/>
          <w:sz w:val="24"/>
          <w:szCs w:val="24"/>
        </w:rPr>
        <w:t xml:space="preserve"> </w:t>
      </w:r>
      <w:proofErr w:type="spellStart"/>
      <w:r w:rsidRPr="00C955F9">
        <w:rPr>
          <w:b/>
          <w:sz w:val="24"/>
          <w:szCs w:val="24"/>
        </w:rPr>
        <w:t>Pomocy</w:t>
      </w:r>
      <w:proofErr w:type="spellEnd"/>
      <w:r w:rsidRPr="00C955F9">
        <w:rPr>
          <w:b/>
          <w:sz w:val="24"/>
          <w:szCs w:val="24"/>
        </w:rPr>
        <w:t xml:space="preserve"> </w:t>
      </w:r>
      <w:proofErr w:type="spellStart"/>
      <w:r w:rsidRPr="00C955F9">
        <w:rPr>
          <w:b/>
          <w:sz w:val="24"/>
          <w:szCs w:val="24"/>
        </w:rPr>
        <w:t>Społecznej</w:t>
      </w:r>
      <w:proofErr w:type="spellEnd"/>
      <w:r w:rsidRPr="00C955F9">
        <w:rPr>
          <w:b/>
          <w:sz w:val="24"/>
          <w:szCs w:val="24"/>
        </w:rPr>
        <w:t xml:space="preserve"> w Czarnem</w:t>
      </w:r>
    </w:p>
    <w:p w:rsidR="00CC5CAE" w:rsidRPr="00C955F9" w:rsidRDefault="00B57AB0">
      <w:pPr>
        <w:spacing w:after="40"/>
        <w:jc w:val="center"/>
        <w:rPr>
          <w:sz w:val="24"/>
          <w:szCs w:val="24"/>
        </w:rPr>
      </w:pPr>
      <w:r w:rsidRPr="00C955F9">
        <w:rPr>
          <w:sz w:val="24"/>
          <w:szCs w:val="24"/>
        </w:rPr>
        <w:t>Alina Stojak</w:t>
      </w:r>
    </w:p>
    <w:p w:rsidR="00CC5CAE" w:rsidRDefault="00B57AB0">
      <w:r>
        <w:br w:type="page"/>
      </w:r>
    </w:p>
    <w:p w:rsidR="00CC5CAE" w:rsidRDefault="00B57AB0">
      <w:pPr>
        <w:spacing w:after="60"/>
        <w:jc w:val="right"/>
      </w:pPr>
      <w:r>
        <w:rPr>
          <w:sz w:val="19"/>
        </w:rPr>
        <w:lastRenderedPageBreak/>
        <w:t xml:space="preserve">Załącznik nr 1 </w:t>
      </w:r>
      <w:proofErr w:type="gramStart"/>
      <w:r>
        <w:rPr>
          <w:sz w:val="19"/>
        </w:rPr>
        <w:t>do</w:t>
      </w:r>
      <w:proofErr w:type="gramEnd"/>
      <w:r>
        <w:rPr>
          <w:sz w:val="19"/>
        </w:rPr>
        <w:t xml:space="preserve"> zapytania ofertowego</w:t>
      </w:r>
    </w:p>
    <w:p w:rsidR="00C955F9" w:rsidRDefault="00C955F9">
      <w:pPr>
        <w:spacing w:after="160"/>
        <w:jc w:val="center"/>
        <w:rPr>
          <w:b/>
          <w:sz w:val="26"/>
        </w:rPr>
      </w:pPr>
    </w:p>
    <w:p w:rsidR="00CC5CAE" w:rsidRPr="00F53299" w:rsidRDefault="00B57AB0">
      <w:pPr>
        <w:spacing w:after="160"/>
        <w:jc w:val="center"/>
        <w:rPr>
          <w:sz w:val="24"/>
          <w:szCs w:val="24"/>
        </w:rPr>
      </w:pPr>
      <w:r w:rsidRPr="00F53299">
        <w:rPr>
          <w:b/>
          <w:sz w:val="24"/>
          <w:szCs w:val="24"/>
        </w:rPr>
        <w:t>FORMULARZ OFERTOWY</w:t>
      </w:r>
    </w:p>
    <w:p w:rsidR="00CC5CAE" w:rsidRPr="00F53299" w:rsidRDefault="00B57AB0">
      <w:pPr>
        <w:spacing w:after="160"/>
        <w:jc w:val="center"/>
        <w:rPr>
          <w:sz w:val="18"/>
          <w:szCs w:val="18"/>
        </w:rPr>
      </w:pPr>
      <w:proofErr w:type="gramStart"/>
      <w:r w:rsidRPr="00F53299">
        <w:rPr>
          <w:b/>
          <w:sz w:val="18"/>
          <w:szCs w:val="18"/>
        </w:rPr>
        <w:t>na</w:t>
      </w:r>
      <w:proofErr w:type="gramEnd"/>
      <w:r w:rsidRPr="00F53299">
        <w:rPr>
          <w:b/>
          <w:sz w:val="18"/>
          <w:szCs w:val="18"/>
        </w:rPr>
        <w:t xml:space="preserve"> zakup 10 opasek bezpieczeństwa oraz obsługę systemu dla 24 urządzeń w ramach Programu „Korpus Wsparcia Seniorów” na rok 2026 – Moduł II</w:t>
      </w:r>
    </w:p>
    <w:p w:rsidR="00CC5CAE" w:rsidRDefault="00B57AB0" w:rsidP="00F53299">
      <w:pPr>
        <w:spacing w:after="60" w:line="360" w:lineRule="auto"/>
        <w:jc w:val="both"/>
      </w:pPr>
      <w:proofErr w:type="gramStart"/>
      <w:r>
        <w:rPr>
          <w:sz w:val="19"/>
        </w:rPr>
        <w:t>Nazwa Wykonawcy: ........................................................................................................................</w:t>
      </w:r>
      <w:proofErr w:type="gramEnd"/>
    </w:p>
    <w:p w:rsidR="00CC5CAE" w:rsidRDefault="00B57AB0" w:rsidP="00F53299">
      <w:pPr>
        <w:spacing w:after="60" w:line="360" w:lineRule="auto"/>
        <w:jc w:val="both"/>
      </w:pPr>
      <w:proofErr w:type="gramStart"/>
      <w:r>
        <w:rPr>
          <w:sz w:val="19"/>
        </w:rPr>
        <w:t>Adres: ........................................................................................................................</w:t>
      </w:r>
      <w:proofErr w:type="gramEnd"/>
    </w:p>
    <w:p w:rsidR="00CC5CAE" w:rsidRDefault="00B57AB0" w:rsidP="00F53299">
      <w:pPr>
        <w:spacing w:after="60" w:line="360" w:lineRule="auto"/>
        <w:jc w:val="both"/>
      </w:pPr>
      <w:proofErr w:type="gramStart"/>
      <w:r>
        <w:rPr>
          <w:sz w:val="19"/>
        </w:rPr>
        <w:t>NIP / REGON: ........................................................................................................................</w:t>
      </w:r>
      <w:proofErr w:type="gramEnd"/>
    </w:p>
    <w:p w:rsidR="00CC5CAE" w:rsidRDefault="00B57AB0" w:rsidP="00F53299">
      <w:pPr>
        <w:spacing w:after="60" w:line="360" w:lineRule="auto"/>
        <w:jc w:val="both"/>
      </w:pPr>
      <w:proofErr w:type="gramStart"/>
      <w:r>
        <w:rPr>
          <w:sz w:val="19"/>
        </w:rPr>
        <w:t>Telefon: ........................................................................................................................</w:t>
      </w:r>
      <w:proofErr w:type="gramEnd"/>
    </w:p>
    <w:p w:rsidR="00CC5CAE" w:rsidRDefault="00B57AB0" w:rsidP="00F53299">
      <w:pPr>
        <w:spacing w:after="60" w:line="360" w:lineRule="auto"/>
        <w:jc w:val="both"/>
      </w:pPr>
      <w:proofErr w:type="gramStart"/>
      <w:r>
        <w:rPr>
          <w:sz w:val="19"/>
        </w:rPr>
        <w:t>E-mail: ........................................................................................................................</w:t>
      </w:r>
      <w:proofErr w:type="gramEnd"/>
    </w:p>
    <w:p w:rsidR="00CC5CAE" w:rsidRDefault="00B57AB0" w:rsidP="00F53299">
      <w:pPr>
        <w:spacing w:after="60" w:line="360" w:lineRule="auto"/>
        <w:jc w:val="both"/>
      </w:pPr>
      <w:r>
        <w:rPr>
          <w:sz w:val="19"/>
        </w:rPr>
        <w:t>Osoba do kontaktu: ........................................................................................................................</w:t>
      </w:r>
    </w:p>
    <w:p w:rsidR="00CC5CAE" w:rsidRDefault="00B57AB0">
      <w:pPr>
        <w:keepNext/>
        <w:spacing w:before="100" w:after="60"/>
        <w:jc w:val="both"/>
      </w:pPr>
      <w:r>
        <w:rPr>
          <w:b/>
          <w:sz w:val="19"/>
        </w:rPr>
        <w:t>1. Cena oferty: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652"/>
        <w:gridCol w:w="1652"/>
        <w:gridCol w:w="1652"/>
        <w:gridCol w:w="1652"/>
        <w:gridCol w:w="1652"/>
        <w:gridCol w:w="1652"/>
      </w:tblGrid>
      <w:tr w:rsidR="00CC5CAE" w:rsidTr="00F53299">
        <w:trPr>
          <w:trHeight w:val="567"/>
          <w:jc w:val="center"/>
        </w:trPr>
        <w:tc>
          <w:tcPr>
            <w:tcW w:w="1652" w:type="dxa"/>
            <w:shd w:val="clear" w:color="auto" w:fill="D9E2F3"/>
            <w:vAlign w:val="center"/>
          </w:tcPr>
          <w:p w:rsidR="00CC5CAE" w:rsidRDefault="00B57AB0" w:rsidP="00F53299">
            <w:pPr>
              <w:spacing w:after="0"/>
              <w:jc w:val="center"/>
            </w:pPr>
            <w:proofErr w:type="spellStart"/>
            <w:r>
              <w:rPr>
                <w:b/>
                <w:sz w:val="17"/>
              </w:rPr>
              <w:t>Lp</w:t>
            </w:r>
            <w:proofErr w:type="spellEnd"/>
            <w:r>
              <w:rPr>
                <w:b/>
                <w:sz w:val="17"/>
              </w:rPr>
              <w:t>.</w:t>
            </w:r>
          </w:p>
        </w:tc>
        <w:tc>
          <w:tcPr>
            <w:tcW w:w="1652" w:type="dxa"/>
            <w:shd w:val="clear" w:color="auto" w:fill="D9E2F3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b/>
                <w:sz w:val="17"/>
              </w:rPr>
              <w:t>Przedmiot</w:t>
            </w:r>
          </w:p>
        </w:tc>
        <w:tc>
          <w:tcPr>
            <w:tcW w:w="1652" w:type="dxa"/>
            <w:shd w:val="clear" w:color="auto" w:fill="D9E2F3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b/>
                <w:sz w:val="17"/>
              </w:rPr>
              <w:t>Ilość</w:t>
            </w:r>
          </w:p>
        </w:tc>
        <w:tc>
          <w:tcPr>
            <w:tcW w:w="1652" w:type="dxa"/>
            <w:shd w:val="clear" w:color="auto" w:fill="D9E2F3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b/>
                <w:sz w:val="17"/>
              </w:rPr>
              <w:t>Netto</w:t>
            </w:r>
          </w:p>
        </w:tc>
        <w:tc>
          <w:tcPr>
            <w:tcW w:w="1652" w:type="dxa"/>
            <w:shd w:val="clear" w:color="auto" w:fill="D9E2F3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b/>
                <w:sz w:val="17"/>
              </w:rPr>
              <w:t>VAT</w:t>
            </w:r>
          </w:p>
        </w:tc>
        <w:tc>
          <w:tcPr>
            <w:tcW w:w="1652" w:type="dxa"/>
            <w:shd w:val="clear" w:color="auto" w:fill="D9E2F3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b/>
                <w:sz w:val="17"/>
              </w:rPr>
              <w:t>Brutto</w:t>
            </w:r>
          </w:p>
        </w:tc>
      </w:tr>
      <w:tr w:rsidR="00CC5CAE" w:rsidTr="00F53299">
        <w:trPr>
          <w:trHeight w:val="680"/>
          <w:jc w:val="center"/>
        </w:trPr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7"/>
              </w:rPr>
              <w:t>1</w:t>
            </w:r>
            <w:r w:rsidR="00F53299">
              <w:rPr>
                <w:sz w:val="17"/>
              </w:rPr>
              <w:t>.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7"/>
              </w:rPr>
              <w:t>Zakup i dostawa 10 opasek bezpieczeństwa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proofErr w:type="gramStart"/>
            <w:r>
              <w:rPr>
                <w:sz w:val="17"/>
              </w:rPr>
              <w:t>10 szt.</w:t>
            </w:r>
            <w:proofErr w:type="gramEnd"/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7"/>
              </w:rPr>
              <w:t>................. zł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7"/>
              </w:rPr>
              <w:t>................. zł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7"/>
              </w:rPr>
              <w:t>................. zł</w:t>
            </w:r>
          </w:p>
        </w:tc>
      </w:tr>
      <w:tr w:rsidR="00CC5CAE" w:rsidTr="00F53299">
        <w:trPr>
          <w:trHeight w:val="680"/>
          <w:jc w:val="center"/>
        </w:trPr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7"/>
              </w:rPr>
              <w:t>2</w:t>
            </w:r>
            <w:r w:rsidR="00F53299">
              <w:rPr>
                <w:sz w:val="17"/>
              </w:rPr>
              <w:t>.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7"/>
              </w:rPr>
              <w:t>Obsługa systemu dla 24 urządzeń – 1 miesiąc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proofErr w:type="gramStart"/>
            <w:r>
              <w:rPr>
                <w:sz w:val="17"/>
              </w:rPr>
              <w:t>1 mies.</w:t>
            </w:r>
            <w:proofErr w:type="gramEnd"/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7"/>
              </w:rPr>
              <w:t>................. zł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7"/>
              </w:rPr>
              <w:t>................. zł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7"/>
              </w:rPr>
              <w:t>................. zł</w:t>
            </w:r>
          </w:p>
        </w:tc>
      </w:tr>
      <w:tr w:rsidR="00CC5CAE" w:rsidTr="00F53299">
        <w:trPr>
          <w:trHeight w:val="680"/>
          <w:jc w:val="center"/>
        </w:trPr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7"/>
              </w:rPr>
              <w:t>3</w:t>
            </w:r>
            <w:r w:rsidR="00F53299">
              <w:rPr>
                <w:sz w:val="17"/>
              </w:rPr>
              <w:t>.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7"/>
              </w:rPr>
              <w:t>Obsługa systemu dla 24 urządzeń – 4 miesiące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proofErr w:type="gramStart"/>
            <w:r>
              <w:rPr>
                <w:sz w:val="17"/>
              </w:rPr>
              <w:t>4 mies.</w:t>
            </w:r>
            <w:proofErr w:type="gramEnd"/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7"/>
              </w:rPr>
              <w:t>................. zł</w:t>
            </w:r>
          </w:p>
        </w:tc>
      </w:tr>
      <w:tr w:rsidR="00CC5CAE" w:rsidTr="00F53299">
        <w:trPr>
          <w:trHeight w:val="680"/>
          <w:jc w:val="center"/>
        </w:trPr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7"/>
              </w:rPr>
              <w:t>4</w:t>
            </w:r>
            <w:r w:rsidR="00F53299">
              <w:rPr>
                <w:sz w:val="17"/>
              </w:rPr>
              <w:t>.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7"/>
              </w:rPr>
              <w:t>ŁĄCZNA CENA OFERTOWA (poz. 1 + poz. 3)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7"/>
              </w:rPr>
              <w:t>................. zł</w:t>
            </w:r>
          </w:p>
        </w:tc>
      </w:tr>
    </w:tbl>
    <w:p w:rsidR="00CC5CAE" w:rsidRDefault="00B57AB0">
      <w:pPr>
        <w:keepNext/>
        <w:spacing w:before="100" w:after="60"/>
        <w:jc w:val="both"/>
      </w:pPr>
      <w:r>
        <w:rPr>
          <w:b/>
          <w:sz w:val="19"/>
        </w:rPr>
        <w:t>2. Jakość usługi:</w:t>
      </w:r>
    </w:p>
    <w:p w:rsidR="00CC5CAE" w:rsidRDefault="00B57AB0">
      <w:pPr>
        <w:spacing w:after="60"/>
        <w:jc w:val="both"/>
      </w:pPr>
      <w:proofErr w:type="gramStart"/>
      <w:r>
        <w:rPr>
          <w:sz w:val="19"/>
        </w:rPr>
        <w:t>Gwarantowany maksymalny czas podjęcia obsługi zgłoszenia SOS: ........................ sekund.</w:t>
      </w:r>
      <w:proofErr w:type="gramEnd"/>
    </w:p>
    <w:p w:rsidR="00CC5CAE" w:rsidRDefault="00B57AB0">
      <w:pPr>
        <w:spacing w:after="60"/>
        <w:jc w:val="both"/>
      </w:pPr>
      <w:proofErr w:type="gramStart"/>
      <w:r>
        <w:rPr>
          <w:sz w:val="19"/>
        </w:rPr>
        <w:t>Przez podjęcie obsługi rozumie się rozpoczęcie obsługi zgłoszenia przez dyspozytora centrum monitoringu, możliwe do potwierdzenia w rejestrze systemowym.</w:t>
      </w:r>
      <w:proofErr w:type="gramEnd"/>
    </w:p>
    <w:p w:rsidR="00CC5CAE" w:rsidRDefault="00B57AB0">
      <w:pPr>
        <w:spacing w:after="40"/>
      </w:pPr>
      <w:r>
        <w:rPr>
          <w:b/>
          <w:sz w:val="19"/>
        </w:rPr>
        <w:t>3. Dane oferowanej opaski:</w:t>
      </w:r>
    </w:p>
    <w:p w:rsidR="00CC5CAE" w:rsidRDefault="00B57AB0">
      <w:pPr>
        <w:spacing w:after="40"/>
      </w:pPr>
      <w:proofErr w:type="gramStart"/>
      <w:r>
        <w:rPr>
          <w:sz w:val="19"/>
        </w:rPr>
        <w:t>Producent: .............................................................</w:t>
      </w:r>
      <w:proofErr w:type="gramEnd"/>
      <w:r>
        <w:rPr>
          <w:sz w:val="19"/>
        </w:rPr>
        <w:t xml:space="preserve">    </w:t>
      </w:r>
      <w:proofErr w:type="gramStart"/>
      <w:r>
        <w:rPr>
          <w:sz w:val="19"/>
        </w:rPr>
        <w:t>Model: .............................................................</w:t>
      </w:r>
      <w:proofErr w:type="gramEnd"/>
    </w:p>
    <w:p w:rsidR="00CC5CAE" w:rsidRDefault="00B57AB0">
      <w:pPr>
        <w:spacing w:after="40"/>
      </w:pPr>
      <w:proofErr w:type="gramStart"/>
      <w:r>
        <w:rPr>
          <w:sz w:val="19"/>
        </w:rPr>
        <w:t>Klasa wyrobu medycznego: ....................</w:t>
      </w:r>
      <w:proofErr w:type="gramEnd"/>
      <w:r>
        <w:rPr>
          <w:sz w:val="19"/>
        </w:rPr>
        <w:t xml:space="preserve">    </w:t>
      </w:r>
      <w:proofErr w:type="gramStart"/>
      <w:r>
        <w:rPr>
          <w:sz w:val="19"/>
        </w:rPr>
        <w:t>Numer jednostki notyfikowanej: ....................</w:t>
      </w:r>
      <w:proofErr w:type="gramEnd"/>
    </w:p>
    <w:p w:rsidR="00CC5CAE" w:rsidRDefault="00B57AB0">
      <w:pPr>
        <w:spacing w:after="40"/>
      </w:pPr>
      <w:proofErr w:type="gramStart"/>
      <w:r>
        <w:rPr>
          <w:sz w:val="19"/>
        </w:rPr>
        <w:t>Numer certyfikatu zgodności UE: ........................................................................................</w:t>
      </w:r>
      <w:proofErr w:type="gramEnd"/>
    </w:p>
    <w:p w:rsidR="00CC5CAE" w:rsidRDefault="00B57AB0">
      <w:pPr>
        <w:spacing w:after="40"/>
      </w:pPr>
      <w:r>
        <w:rPr>
          <w:sz w:val="19"/>
        </w:rPr>
        <w:t>Do oferty załączam deklarację zgodności UE producenta oraz ważny certyfikat zgodności UE wydany przez jednostkę notyfikowaną.</w:t>
      </w:r>
    </w:p>
    <w:p w:rsidR="00CC5CAE" w:rsidRDefault="00B57AB0">
      <w:pPr>
        <w:keepNext/>
        <w:spacing w:before="100" w:after="60"/>
        <w:jc w:val="both"/>
      </w:pPr>
      <w:r>
        <w:rPr>
          <w:b/>
          <w:sz w:val="19"/>
        </w:rPr>
        <w:t>4. Oświadczenia Wykonawcy: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19"/>
        </w:rPr>
        <w:t xml:space="preserve">1. </w:t>
      </w:r>
      <w:r>
        <w:rPr>
          <w:sz w:val="19"/>
        </w:rPr>
        <w:t>zapoznałem/am się z treścią zapytania ofertowego i akceptuję wszystkie jego warunki;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19"/>
        </w:rPr>
        <w:t xml:space="preserve">2. </w:t>
      </w:r>
      <w:proofErr w:type="gramStart"/>
      <w:r>
        <w:rPr>
          <w:sz w:val="19"/>
        </w:rPr>
        <w:t>cena</w:t>
      </w:r>
      <w:proofErr w:type="gramEnd"/>
      <w:r>
        <w:rPr>
          <w:sz w:val="19"/>
        </w:rPr>
        <w:t xml:space="preserve"> obejmuje wszystkie koszty niezbędne do prawidłowego wykonania zamówienia;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19"/>
        </w:rPr>
        <w:t xml:space="preserve">3. </w:t>
      </w:r>
      <w:proofErr w:type="gramStart"/>
      <w:r>
        <w:rPr>
          <w:b/>
          <w:sz w:val="19"/>
        </w:rPr>
        <w:t>oferowane</w:t>
      </w:r>
      <w:proofErr w:type="gramEnd"/>
      <w:r>
        <w:rPr>
          <w:b/>
          <w:sz w:val="19"/>
        </w:rPr>
        <w:t xml:space="preserve"> opaski spełniają wszystkie wymagania określone w zapytaniu ofertowym, w tym posiadają wymagane funkcje oraz spełniają wymagania dotyczące wyrobów medycznych;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19"/>
        </w:rPr>
        <w:t xml:space="preserve">4. </w:t>
      </w:r>
      <w:proofErr w:type="gramStart"/>
      <w:r>
        <w:rPr>
          <w:sz w:val="19"/>
        </w:rPr>
        <w:t>usługa</w:t>
      </w:r>
      <w:proofErr w:type="gramEnd"/>
      <w:r>
        <w:rPr>
          <w:sz w:val="19"/>
        </w:rPr>
        <w:t xml:space="preserve"> będzie kompatybilna z urządzeniami ZEGAREK SOS LOCON LIFE PLUS oraz SiDLY Vital Care;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19"/>
        </w:rPr>
        <w:t xml:space="preserve">5. </w:t>
      </w:r>
      <w:proofErr w:type="gramStart"/>
      <w:r>
        <w:rPr>
          <w:sz w:val="19"/>
        </w:rPr>
        <w:t>posiadam</w:t>
      </w:r>
      <w:proofErr w:type="gramEnd"/>
      <w:r>
        <w:rPr>
          <w:sz w:val="19"/>
        </w:rPr>
        <w:t xml:space="preserve"> wymagane doświadczenie i zasoby do realizacji zamówienia;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19"/>
        </w:rPr>
        <w:t xml:space="preserve">6. </w:t>
      </w:r>
      <w:proofErr w:type="gramStart"/>
      <w:r>
        <w:rPr>
          <w:sz w:val="19"/>
        </w:rPr>
        <w:t>oferta</w:t>
      </w:r>
      <w:proofErr w:type="gramEnd"/>
      <w:r>
        <w:rPr>
          <w:sz w:val="19"/>
        </w:rPr>
        <w:t xml:space="preserve"> pozostaje ważna przez 30 dni od upływu terminu składania ofert;</w:t>
      </w:r>
    </w:p>
    <w:p w:rsidR="00C955F9" w:rsidRPr="00F53299" w:rsidRDefault="00B57AB0" w:rsidP="00F53299">
      <w:pPr>
        <w:spacing w:after="40"/>
        <w:ind w:left="312" w:hanging="312"/>
        <w:jc w:val="both"/>
      </w:pPr>
      <w:r>
        <w:rPr>
          <w:b/>
          <w:sz w:val="19"/>
        </w:rPr>
        <w:t xml:space="preserve">7. </w:t>
      </w:r>
      <w:proofErr w:type="gramStart"/>
      <w:r>
        <w:rPr>
          <w:sz w:val="19"/>
        </w:rPr>
        <w:t>w</w:t>
      </w:r>
      <w:proofErr w:type="gramEnd"/>
      <w:r>
        <w:rPr>
          <w:sz w:val="19"/>
        </w:rPr>
        <w:t xml:space="preserve"> przypadku wyboru mojej oferty </w:t>
      </w:r>
      <w:proofErr w:type="spellStart"/>
      <w:r>
        <w:rPr>
          <w:sz w:val="19"/>
        </w:rPr>
        <w:t>zobowiązuję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się</w:t>
      </w:r>
      <w:proofErr w:type="spellEnd"/>
      <w:r>
        <w:rPr>
          <w:sz w:val="19"/>
        </w:rPr>
        <w:t xml:space="preserve"> do </w:t>
      </w:r>
      <w:proofErr w:type="spellStart"/>
      <w:r>
        <w:rPr>
          <w:sz w:val="19"/>
        </w:rPr>
        <w:t>zawarcia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umowy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na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warunkach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określonych</w:t>
      </w:r>
      <w:proofErr w:type="spellEnd"/>
      <w:r>
        <w:rPr>
          <w:sz w:val="19"/>
        </w:rPr>
        <w:t xml:space="preserve"> w </w:t>
      </w:r>
      <w:proofErr w:type="spellStart"/>
      <w:r>
        <w:rPr>
          <w:sz w:val="19"/>
        </w:rPr>
        <w:t>zapytaniu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i</w:t>
      </w:r>
      <w:proofErr w:type="spellEnd"/>
      <w:r>
        <w:rPr>
          <w:sz w:val="19"/>
        </w:rPr>
        <w:t xml:space="preserve"> </w:t>
      </w:r>
      <w:r w:rsidR="00C955F9">
        <w:rPr>
          <w:sz w:val="19"/>
        </w:rPr>
        <w:t> </w:t>
      </w:r>
      <w:proofErr w:type="spellStart"/>
      <w:r>
        <w:rPr>
          <w:sz w:val="19"/>
        </w:rPr>
        <w:t>projekcie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umowy</w:t>
      </w:r>
      <w:proofErr w:type="spellEnd"/>
      <w:r>
        <w:rPr>
          <w:sz w:val="19"/>
        </w:rPr>
        <w:t>.</w:t>
      </w:r>
    </w:p>
    <w:p w:rsidR="00C955F9" w:rsidRDefault="00C955F9">
      <w:pPr>
        <w:spacing w:after="60"/>
        <w:jc w:val="both"/>
        <w:rPr>
          <w:sz w:val="19"/>
        </w:rPr>
      </w:pPr>
    </w:p>
    <w:p w:rsidR="00C955F9" w:rsidRDefault="00B57AB0" w:rsidP="00C955F9">
      <w:pPr>
        <w:spacing w:after="60"/>
        <w:jc w:val="both"/>
      </w:pPr>
      <w:proofErr w:type="spellStart"/>
      <w:r>
        <w:rPr>
          <w:sz w:val="19"/>
        </w:rPr>
        <w:t>Miejscowość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i</w:t>
      </w:r>
      <w:proofErr w:type="spellEnd"/>
      <w:r>
        <w:rPr>
          <w:sz w:val="19"/>
        </w:rPr>
        <w:t xml:space="preserve"> data: ........................................................</w:t>
      </w:r>
    </w:p>
    <w:p w:rsidR="00C955F9" w:rsidRDefault="00C955F9" w:rsidP="00C955F9">
      <w:pPr>
        <w:spacing w:after="60"/>
        <w:jc w:val="both"/>
      </w:pPr>
    </w:p>
    <w:p w:rsidR="00CC5CAE" w:rsidRDefault="00B57AB0" w:rsidP="00F53299">
      <w:pPr>
        <w:spacing w:after="60"/>
        <w:jc w:val="both"/>
      </w:pPr>
      <w:proofErr w:type="spellStart"/>
      <w:proofErr w:type="gramStart"/>
      <w:r>
        <w:rPr>
          <w:sz w:val="19"/>
        </w:rPr>
        <w:t>Podpis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osoby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uprawnionej</w:t>
      </w:r>
      <w:proofErr w:type="spellEnd"/>
      <w:r>
        <w:rPr>
          <w:sz w:val="19"/>
        </w:rPr>
        <w:t>: ........................................................</w:t>
      </w:r>
      <w:proofErr w:type="gramEnd"/>
    </w:p>
    <w:p w:rsidR="00F53299" w:rsidRDefault="00F53299">
      <w:pPr>
        <w:spacing w:after="60"/>
        <w:jc w:val="right"/>
        <w:rPr>
          <w:sz w:val="21"/>
        </w:rPr>
      </w:pPr>
    </w:p>
    <w:p w:rsidR="00CC5CAE" w:rsidRDefault="00B57AB0">
      <w:pPr>
        <w:spacing w:after="60"/>
        <w:jc w:val="right"/>
      </w:pPr>
      <w:proofErr w:type="spellStart"/>
      <w:r>
        <w:rPr>
          <w:sz w:val="21"/>
        </w:rPr>
        <w:lastRenderedPageBreak/>
        <w:t>Załącznik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nr</w:t>
      </w:r>
      <w:proofErr w:type="spellEnd"/>
      <w:r>
        <w:rPr>
          <w:sz w:val="21"/>
        </w:rPr>
        <w:t xml:space="preserve"> 2 </w:t>
      </w:r>
      <w:proofErr w:type="gramStart"/>
      <w:r>
        <w:rPr>
          <w:sz w:val="21"/>
        </w:rPr>
        <w:t>do</w:t>
      </w:r>
      <w:proofErr w:type="gramEnd"/>
      <w:r>
        <w:rPr>
          <w:sz w:val="21"/>
        </w:rPr>
        <w:t xml:space="preserve"> zapytania ofertowego</w:t>
      </w:r>
    </w:p>
    <w:p w:rsidR="00C955F9" w:rsidRDefault="00C955F9">
      <w:pPr>
        <w:spacing w:after="160"/>
        <w:jc w:val="center"/>
        <w:rPr>
          <w:b/>
          <w:sz w:val="26"/>
        </w:rPr>
      </w:pPr>
    </w:p>
    <w:p w:rsidR="00CC5CAE" w:rsidRDefault="00B57AB0">
      <w:pPr>
        <w:spacing w:after="160"/>
        <w:jc w:val="center"/>
      </w:pPr>
      <w:r>
        <w:rPr>
          <w:b/>
          <w:sz w:val="26"/>
        </w:rPr>
        <w:t>KLAUZULA INFORMACYJNA RODO</w:t>
      </w:r>
    </w:p>
    <w:p w:rsidR="00CC5CAE" w:rsidRDefault="00B57AB0">
      <w:pPr>
        <w:spacing w:after="60"/>
        <w:jc w:val="both"/>
      </w:pPr>
      <w:proofErr w:type="gramStart"/>
      <w:r>
        <w:rPr>
          <w:sz w:val="21"/>
        </w:rPr>
        <w:t>Ośrodek Pomocy Społecznej w Czarnem, realizując obowiązek informacyjny wynikający z art.</w:t>
      </w:r>
      <w:proofErr w:type="gramEnd"/>
      <w:r>
        <w:rPr>
          <w:sz w:val="21"/>
        </w:rPr>
        <w:t xml:space="preserve"> 13 rozporządzenia Parlamentu Europejskiego i Rady (UE) 2016/679 z dnia 27 kwietnia 2016 r. (RODO), informuje, że: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1. </w:t>
      </w:r>
      <w:r>
        <w:rPr>
          <w:sz w:val="21"/>
        </w:rPr>
        <w:t xml:space="preserve">Administratorem Pani/Pana danych osobowych jest Ośrodek Pomocy Społecznej w Czarnem, ul. Leśna 4, 77-330 Czarne, tel. 59 83 32 081, </w:t>
      </w:r>
      <w:proofErr w:type="gramStart"/>
      <w:r>
        <w:rPr>
          <w:sz w:val="21"/>
        </w:rPr>
        <w:t>e-mail:</w:t>
      </w:r>
      <w:proofErr w:type="gramEnd"/>
      <w:r>
        <w:rPr>
          <w:sz w:val="21"/>
        </w:rPr>
        <w:t xml:space="preserve"> pomoc@opsczarne.pl.</w:t>
      </w:r>
    </w:p>
    <w:p w:rsidR="00CC5CAE" w:rsidRDefault="00B57AB0">
      <w:pPr>
        <w:spacing w:after="40"/>
        <w:ind w:left="312" w:hanging="312"/>
        <w:jc w:val="both"/>
      </w:pPr>
      <w:proofErr w:type="gramStart"/>
      <w:r>
        <w:rPr>
          <w:b/>
          <w:sz w:val="21"/>
        </w:rPr>
        <w:t xml:space="preserve">2. </w:t>
      </w:r>
      <w:r>
        <w:rPr>
          <w:sz w:val="21"/>
        </w:rPr>
        <w:t>W sprawach z zakresu ochrony danych osobowych można kontaktować się z Inspektorem Ochrony Danych za pośrednictwem adresu e-mail: pomoc@opsczarne.pl lub danych kontaktowych Administratora.</w:t>
      </w:r>
      <w:proofErr w:type="gramEnd"/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3. </w:t>
      </w:r>
      <w:r>
        <w:rPr>
          <w:sz w:val="21"/>
        </w:rPr>
        <w:t xml:space="preserve">Dane osobowe </w:t>
      </w:r>
      <w:proofErr w:type="gramStart"/>
      <w:r>
        <w:rPr>
          <w:sz w:val="21"/>
        </w:rPr>
        <w:t>będą</w:t>
      </w:r>
      <w:proofErr w:type="gramEnd"/>
      <w:r>
        <w:rPr>
          <w:sz w:val="21"/>
        </w:rPr>
        <w:t xml:space="preserve"> przetwarzane w celu przeprowadzenia i udokumentowania postępowania, wyboru wykonawcy, zawarcia i realizacji umowy oraz archiwizacji dokumentacji. </w:t>
      </w:r>
      <w:proofErr w:type="gramStart"/>
      <w:r>
        <w:rPr>
          <w:sz w:val="21"/>
        </w:rPr>
        <w:t>Podstawą przetwarzania jest art.</w:t>
      </w:r>
      <w:proofErr w:type="gramEnd"/>
      <w:r>
        <w:rPr>
          <w:sz w:val="21"/>
        </w:rPr>
        <w:t xml:space="preserve"> </w:t>
      </w:r>
      <w:proofErr w:type="gramStart"/>
      <w:r>
        <w:rPr>
          <w:sz w:val="21"/>
        </w:rPr>
        <w:t>6</w:t>
      </w:r>
      <w:proofErr w:type="gramEnd"/>
      <w:r>
        <w:rPr>
          <w:sz w:val="21"/>
        </w:rPr>
        <w:t xml:space="preserve"> ust. </w:t>
      </w:r>
      <w:proofErr w:type="gramStart"/>
      <w:r>
        <w:rPr>
          <w:sz w:val="21"/>
        </w:rPr>
        <w:t>1</w:t>
      </w:r>
      <w:proofErr w:type="gramEnd"/>
      <w:r>
        <w:rPr>
          <w:sz w:val="21"/>
        </w:rPr>
        <w:t xml:space="preserve"> lit. </w:t>
      </w:r>
      <w:proofErr w:type="gramStart"/>
      <w:r>
        <w:rPr>
          <w:sz w:val="21"/>
        </w:rPr>
        <w:t>c</w:t>
      </w:r>
      <w:proofErr w:type="gramEnd"/>
      <w:r>
        <w:rPr>
          <w:sz w:val="21"/>
        </w:rPr>
        <w:t xml:space="preserve"> RODO w związku z obowiązkami Zamawiającego wynikającymi z przepisów prawa, w szczególności ustawy o finansach publicznych i przepisów archiwalnych, a w przypadku osoby fizycznej będącej stroną umowy także art. </w:t>
      </w:r>
      <w:proofErr w:type="gramStart"/>
      <w:r>
        <w:rPr>
          <w:sz w:val="21"/>
        </w:rPr>
        <w:t>6</w:t>
      </w:r>
      <w:proofErr w:type="gramEnd"/>
      <w:r>
        <w:rPr>
          <w:sz w:val="21"/>
        </w:rPr>
        <w:t xml:space="preserve"> ust. </w:t>
      </w:r>
      <w:proofErr w:type="gramStart"/>
      <w:r>
        <w:rPr>
          <w:sz w:val="21"/>
        </w:rPr>
        <w:t>1</w:t>
      </w:r>
      <w:proofErr w:type="gramEnd"/>
      <w:r>
        <w:rPr>
          <w:sz w:val="21"/>
        </w:rPr>
        <w:t xml:space="preserve"> lit. </w:t>
      </w:r>
      <w:proofErr w:type="gramStart"/>
      <w:r>
        <w:rPr>
          <w:sz w:val="21"/>
        </w:rPr>
        <w:t>b</w:t>
      </w:r>
      <w:proofErr w:type="gramEnd"/>
      <w:r>
        <w:rPr>
          <w:sz w:val="21"/>
        </w:rPr>
        <w:t xml:space="preserve"> RODO.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4. </w:t>
      </w:r>
      <w:r>
        <w:rPr>
          <w:sz w:val="21"/>
        </w:rPr>
        <w:t xml:space="preserve">Odbiorcami danych mogą być podmioty uprawnione do ich otrzymania na podstawie przepisów prawa oraz </w:t>
      </w:r>
      <w:proofErr w:type="spellStart"/>
      <w:r>
        <w:rPr>
          <w:sz w:val="21"/>
        </w:rPr>
        <w:t>podmioty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świadczące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rzecz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Administratora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usługi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niezbędne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prowadzenia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postępowania</w:t>
      </w:r>
      <w:proofErr w:type="spellEnd"/>
      <w:r>
        <w:rPr>
          <w:sz w:val="21"/>
        </w:rPr>
        <w:t xml:space="preserve"> </w:t>
      </w:r>
      <w:proofErr w:type="spellStart"/>
      <w:proofErr w:type="gram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r w:rsidR="004471C3">
        <w:rPr>
          <w:sz w:val="21"/>
        </w:rPr>
        <w:t> </w:t>
      </w:r>
      <w:proofErr w:type="spellStart"/>
      <w:r>
        <w:rPr>
          <w:sz w:val="21"/>
        </w:rPr>
        <w:t>obsługi</w:t>
      </w:r>
      <w:proofErr w:type="spellEnd"/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dokumentacji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podstawie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odpowiednich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umów</w:t>
      </w:r>
      <w:proofErr w:type="spellEnd"/>
      <w:r>
        <w:rPr>
          <w:sz w:val="21"/>
        </w:rPr>
        <w:t>.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5. </w:t>
      </w:r>
      <w:r>
        <w:rPr>
          <w:sz w:val="21"/>
        </w:rPr>
        <w:t xml:space="preserve">Dane </w:t>
      </w:r>
      <w:proofErr w:type="gramStart"/>
      <w:r>
        <w:rPr>
          <w:sz w:val="21"/>
        </w:rPr>
        <w:t>będą</w:t>
      </w:r>
      <w:proofErr w:type="gramEnd"/>
      <w:r>
        <w:rPr>
          <w:sz w:val="21"/>
        </w:rPr>
        <w:t xml:space="preserve"> przechowywane przez okres wynikający z przepisów dotyczących archiwizacji dokumentacji oraz obowiązującego u Administratora jednolitego rzeczowego wykazu akt, a dokumentacja umowy przez okres wymagany dla jej rozliczenia, kontroli i archiwizacji.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6. </w:t>
      </w:r>
      <w:r>
        <w:rPr>
          <w:sz w:val="21"/>
        </w:rPr>
        <w:t xml:space="preserve">Przysługuje Pani/Panu, </w:t>
      </w:r>
      <w:proofErr w:type="gramStart"/>
      <w:r>
        <w:rPr>
          <w:sz w:val="21"/>
        </w:rPr>
        <w:t>na</w:t>
      </w:r>
      <w:proofErr w:type="gramEnd"/>
      <w:r>
        <w:rPr>
          <w:sz w:val="21"/>
        </w:rPr>
        <w:t xml:space="preserve"> zasadach określonych w RODO, prawo dostępu do danych, ich sprostowania oraz ograniczenia przetwarzania, a w przypadkach przewidzianych prawem także prawo do usunięcia danych, przenoszenia danych i wniesienia sprzeciwu.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7. </w:t>
      </w:r>
      <w:r>
        <w:rPr>
          <w:sz w:val="21"/>
        </w:rPr>
        <w:t xml:space="preserve">Przysługuje Pani/Panu prawo wniesienia skargi do Prezesa Urzędu Ochrony Danych Osobowych. Korespondencję do UODO można kierować </w:t>
      </w:r>
      <w:proofErr w:type="gramStart"/>
      <w:r>
        <w:rPr>
          <w:sz w:val="21"/>
        </w:rPr>
        <w:t>na</w:t>
      </w:r>
      <w:proofErr w:type="gramEnd"/>
      <w:r>
        <w:rPr>
          <w:sz w:val="21"/>
        </w:rPr>
        <w:t xml:space="preserve"> adres: ul. Stanisława Moniuszki 1A, 00-014 Warszawa.</w:t>
      </w:r>
    </w:p>
    <w:p w:rsidR="00CC5CAE" w:rsidRDefault="00B57AB0">
      <w:pPr>
        <w:spacing w:after="40"/>
        <w:ind w:left="312" w:hanging="312"/>
        <w:jc w:val="both"/>
      </w:pPr>
      <w:proofErr w:type="gramStart"/>
      <w:r>
        <w:rPr>
          <w:b/>
          <w:sz w:val="21"/>
        </w:rPr>
        <w:t xml:space="preserve">8. </w:t>
      </w:r>
      <w:r>
        <w:rPr>
          <w:sz w:val="21"/>
        </w:rPr>
        <w:t>Podanie danych osobowych jest dobrowolne, ale niezbędne do udziału w postępowaniu i zawarcia umowy.</w:t>
      </w:r>
      <w:proofErr w:type="gramEnd"/>
      <w:r>
        <w:rPr>
          <w:sz w:val="21"/>
        </w:rPr>
        <w:t xml:space="preserve"> </w:t>
      </w:r>
      <w:proofErr w:type="gramStart"/>
      <w:r>
        <w:rPr>
          <w:sz w:val="21"/>
        </w:rPr>
        <w:t>Brak podania danych wymaganych w ofercie może uniemożliwić jej rozpatrzenie.</w:t>
      </w:r>
      <w:proofErr w:type="gramEnd"/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9. </w:t>
      </w:r>
      <w:r>
        <w:rPr>
          <w:sz w:val="21"/>
        </w:rPr>
        <w:t xml:space="preserve">Dane nie </w:t>
      </w:r>
      <w:proofErr w:type="gramStart"/>
      <w:r>
        <w:rPr>
          <w:sz w:val="21"/>
        </w:rPr>
        <w:t>będą</w:t>
      </w:r>
      <w:proofErr w:type="gramEnd"/>
      <w:r>
        <w:rPr>
          <w:sz w:val="21"/>
        </w:rPr>
        <w:t xml:space="preserve"> wykorzystywane do zautomatyzowanego podejmowania decyzji, w tym profilowania.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10. </w:t>
      </w:r>
      <w:r>
        <w:rPr>
          <w:sz w:val="21"/>
        </w:rPr>
        <w:t xml:space="preserve">Jeżeli Wykonawca przekazuje Zamawiającemu </w:t>
      </w:r>
      <w:proofErr w:type="gramStart"/>
      <w:r>
        <w:rPr>
          <w:sz w:val="21"/>
        </w:rPr>
        <w:t>dane</w:t>
      </w:r>
      <w:proofErr w:type="gramEnd"/>
      <w:r>
        <w:rPr>
          <w:sz w:val="21"/>
        </w:rPr>
        <w:t xml:space="preserve"> osobowe innych osób, powinien spełnić wobec tych osób obowiązek informacyjny wynikający z art. </w:t>
      </w:r>
      <w:proofErr w:type="gramStart"/>
      <w:r>
        <w:rPr>
          <w:sz w:val="21"/>
        </w:rPr>
        <w:t>13 lub</w:t>
      </w:r>
      <w:proofErr w:type="gramEnd"/>
      <w:r>
        <w:rPr>
          <w:sz w:val="21"/>
        </w:rPr>
        <w:t xml:space="preserve"> art. </w:t>
      </w:r>
      <w:proofErr w:type="gramStart"/>
      <w:r>
        <w:rPr>
          <w:sz w:val="21"/>
        </w:rPr>
        <w:t>14</w:t>
      </w:r>
      <w:proofErr w:type="gramEnd"/>
      <w:r>
        <w:rPr>
          <w:sz w:val="21"/>
        </w:rPr>
        <w:t xml:space="preserve"> RODO, o ile ma on zastosowanie.</w:t>
      </w:r>
    </w:p>
    <w:p w:rsidR="00CC5CAE" w:rsidRDefault="00B57AB0">
      <w:pPr>
        <w:spacing w:after="160"/>
        <w:jc w:val="both"/>
      </w:pPr>
      <w:proofErr w:type="gramStart"/>
      <w:r>
        <w:rPr>
          <w:b/>
          <w:sz w:val="21"/>
        </w:rPr>
        <w:t>Oświadczam, że zapoznałem/am się z powyższą informacją.</w:t>
      </w:r>
      <w:proofErr w:type="gramEnd"/>
    </w:p>
    <w:p w:rsidR="00C955F9" w:rsidRDefault="00C955F9">
      <w:pPr>
        <w:spacing w:after="60"/>
        <w:jc w:val="right"/>
        <w:rPr>
          <w:sz w:val="21"/>
        </w:rPr>
      </w:pPr>
    </w:p>
    <w:p w:rsidR="00C955F9" w:rsidRDefault="00C955F9">
      <w:pPr>
        <w:spacing w:after="60"/>
        <w:jc w:val="right"/>
        <w:rPr>
          <w:sz w:val="21"/>
        </w:rPr>
      </w:pPr>
    </w:p>
    <w:p w:rsidR="00C955F9" w:rsidRDefault="00C955F9">
      <w:pPr>
        <w:spacing w:after="60"/>
        <w:jc w:val="right"/>
        <w:rPr>
          <w:sz w:val="21"/>
        </w:rPr>
      </w:pPr>
    </w:p>
    <w:p w:rsidR="00CC5CAE" w:rsidRDefault="00B57AB0">
      <w:pPr>
        <w:spacing w:after="60"/>
        <w:jc w:val="right"/>
      </w:pPr>
      <w:r>
        <w:rPr>
          <w:sz w:val="21"/>
        </w:rPr>
        <w:t>........................................................</w:t>
      </w:r>
      <w:r>
        <w:rPr>
          <w:sz w:val="21"/>
        </w:rPr>
        <w:br/>
        <w:t>(</w:t>
      </w:r>
      <w:proofErr w:type="gramStart"/>
      <w:r>
        <w:rPr>
          <w:sz w:val="21"/>
        </w:rPr>
        <w:t>data</w:t>
      </w:r>
      <w:proofErr w:type="gramEnd"/>
      <w:r>
        <w:rPr>
          <w:sz w:val="21"/>
        </w:rPr>
        <w:t xml:space="preserve"> i czytelny podpis)</w:t>
      </w:r>
    </w:p>
    <w:p w:rsidR="00CC5CAE" w:rsidRDefault="00B57AB0">
      <w:r>
        <w:br w:type="page"/>
      </w:r>
    </w:p>
    <w:p w:rsidR="00CC5CAE" w:rsidRDefault="00B57AB0">
      <w:pPr>
        <w:spacing w:after="60"/>
        <w:jc w:val="right"/>
      </w:pPr>
      <w:r>
        <w:rPr>
          <w:sz w:val="21"/>
        </w:rPr>
        <w:lastRenderedPageBreak/>
        <w:t xml:space="preserve">Załącznik nr 3 </w:t>
      </w:r>
      <w:proofErr w:type="gramStart"/>
      <w:r>
        <w:rPr>
          <w:sz w:val="21"/>
        </w:rPr>
        <w:t>do</w:t>
      </w:r>
      <w:proofErr w:type="gramEnd"/>
      <w:r>
        <w:rPr>
          <w:sz w:val="21"/>
        </w:rPr>
        <w:t xml:space="preserve"> zapytania ofertowego</w:t>
      </w:r>
    </w:p>
    <w:p w:rsidR="00C955F9" w:rsidRDefault="00C955F9">
      <w:pPr>
        <w:spacing w:after="160"/>
        <w:jc w:val="center"/>
        <w:rPr>
          <w:b/>
          <w:sz w:val="26"/>
        </w:rPr>
      </w:pPr>
    </w:p>
    <w:p w:rsidR="00CC5CAE" w:rsidRDefault="00B57AB0">
      <w:pPr>
        <w:spacing w:after="160"/>
        <w:jc w:val="center"/>
        <w:rPr>
          <w:b/>
          <w:sz w:val="26"/>
        </w:rPr>
      </w:pPr>
      <w:r>
        <w:rPr>
          <w:b/>
          <w:sz w:val="26"/>
        </w:rPr>
        <w:t>OŚWIADCZENIE WYKONAWCY</w:t>
      </w:r>
    </w:p>
    <w:p w:rsidR="00F53299" w:rsidRDefault="00F53299">
      <w:pPr>
        <w:spacing w:after="160"/>
        <w:jc w:val="center"/>
      </w:pPr>
    </w:p>
    <w:p w:rsidR="00CC5CAE" w:rsidRDefault="00B57AB0">
      <w:pPr>
        <w:spacing w:after="60"/>
        <w:jc w:val="both"/>
      </w:pPr>
      <w:proofErr w:type="gramStart"/>
      <w:r>
        <w:rPr>
          <w:sz w:val="21"/>
        </w:rPr>
        <w:t>Nazwa Wykonawcy: ....................................................................................................................</w:t>
      </w:r>
      <w:proofErr w:type="gramEnd"/>
    </w:p>
    <w:p w:rsidR="00CC5CAE" w:rsidRDefault="00B57AB0">
      <w:pPr>
        <w:spacing w:after="60"/>
        <w:jc w:val="both"/>
      </w:pPr>
      <w:r>
        <w:rPr>
          <w:sz w:val="21"/>
        </w:rPr>
        <w:t>Oświadczam, że: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1. </w:t>
      </w:r>
      <w:proofErr w:type="gramStart"/>
      <w:r>
        <w:rPr>
          <w:sz w:val="21"/>
        </w:rPr>
        <w:t>posiadam</w:t>
      </w:r>
      <w:proofErr w:type="gramEnd"/>
      <w:r>
        <w:rPr>
          <w:sz w:val="21"/>
        </w:rPr>
        <w:t xml:space="preserve"> wiedzę, doświadczenie, zaplecze techniczne i personel niezbędny do prawidłowej realizacji zamówienia;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2. </w:t>
      </w:r>
      <w:proofErr w:type="gramStart"/>
      <w:r>
        <w:rPr>
          <w:sz w:val="21"/>
        </w:rPr>
        <w:t>zapewnię</w:t>
      </w:r>
      <w:proofErr w:type="gramEnd"/>
      <w:r>
        <w:rPr>
          <w:sz w:val="21"/>
        </w:rPr>
        <w:t xml:space="preserve"> całodobową obsługę centrum monitoringu przez 24 godziny na dobę, 7 dni w tygodniu;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3. </w:t>
      </w:r>
      <w:proofErr w:type="gramStart"/>
      <w:r>
        <w:rPr>
          <w:sz w:val="21"/>
        </w:rPr>
        <w:t>usługa</w:t>
      </w:r>
      <w:proofErr w:type="gramEnd"/>
      <w:r>
        <w:rPr>
          <w:sz w:val="21"/>
        </w:rPr>
        <w:t xml:space="preserve"> będzie kompatybilna z urządzeniami ZEGAREK SOS LOCON LIFE PLUS oraz SiDLY Vital Care;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4. </w:t>
      </w:r>
      <w:proofErr w:type="gramStart"/>
      <w:r>
        <w:rPr>
          <w:sz w:val="21"/>
        </w:rPr>
        <w:t>dostarczone</w:t>
      </w:r>
      <w:proofErr w:type="gramEnd"/>
      <w:r>
        <w:rPr>
          <w:sz w:val="21"/>
        </w:rPr>
        <w:t xml:space="preserve"> 10 opasek będzie fabrycznie nowych, będzie posiadało wszystkie funkcje wymagane przez Zamawiającego i będzie współpracowało z oferowanym systemem;</w:t>
      </w:r>
    </w:p>
    <w:p w:rsidR="00CC5CAE" w:rsidRDefault="00B57AB0">
      <w:pPr>
        <w:spacing w:after="40"/>
        <w:ind w:left="312" w:hanging="312"/>
        <w:jc w:val="both"/>
      </w:pPr>
      <w:proofErr w:type="gramStart"/>
      <w:r>
        <w:rPr>
          <w:b/>
          <w:sz w:val="21"/>
        </w:rPr>
        <w:t xml:space="preserve">5. </w:t>
      </w:r>
      <w:r w:rsidRPr="00C955F9">
        <w:rPr>
          <w:sz w:val="21"/>
        </w:rPr>
        <w:t xml:space="preserve">dostarczone opaski będą wyrobami medycznymi co najmniej klasy IIa (lub wyższej, jeżeli wynika to z ich przewidzianego zastosowania i reguł klasyfikacji), zgodnymi z rozporządzeniem (UE) 2017/745 (MDR) oraz ustawą z dnia 7 kwietnia 2022 r. o wyrobach medycznych; będą posiadały oznakowanie CE z </w:t>
      </w:r>
      <w:r w:rsidR="004471C3">
        <w:rPr>
          <w:sz w:val="21"/>
        </w:rPr>
        <w:t> </w:t>
      </w:r>
      <w:proofErr w:type="spellStart"/>
      <w:r w:rsidRPr="00C955F9">
        <w:rPr>
          <w:sz w:val="21"/>
        </w:rPr>
        <w:t>czterocyfrowym</w:t>
      </w:r>
      <w:proofErr w:type="spellEnd"/>
      <w:r w:rsidRPr="00C955F9">
        <w:rPr>
          <w:sz w:val="21"/>
        </w:rPr>
        <w:t xml:space="preserve"> </w:t>
      </w:r>
      <w:proofErr w:type="spellStart"/>
      <w:r w:rsidRPr="00C955F9">
        <w:rPr>
          <w:sz w:val="21"/>
        </w:rPr>
        <w:t>numerem</w:t>
      </w:r>
      <w:proofErr w:type="spellEnd"/>
      <w:r w:rsidRPr="00C955F9">
        <w:rPr>
          <w:sz w:val="21"/>
        </w:rPr>
        <w:t xml:space="preserve"> </w:t>
      </w:r>
      <w:proofErr w:type="spellStart"/>
      <w:r w:rsidRPr="00C955F9">
        <w:rPr>
          <w:sz w:val="21"/>
        </w:rPr>
        <w:t>jednostki</w:t>
      </w:r>
      <w:proofErr w:type="spellEnd"/>
      <w:r w:rsidRPr="00C955F9">
        <w:rPr>
          <w:sz w:val="21"/>
        </w:rPr>
        <w:t xml:space="preserve"> </w:t>
      </w:r>
      <w:proofErr w:type="spellStart"/>
      <w:r w:rsidRPr="00C955F9">
        <w:rPr>
          <w:sz w:val="21"/>
        </w:rPr>
        <w:t>notyfikowanej</w:t>
      </w:r>
      <w:proofErr w:type="spellEnd"/>
      <w:r w:rsidRPr="00C955F9">
        <w:rPr>
          <w:sz w:val="21"/>
        </w:rPr>
        <w:t>, a do oferty załączam deklarację zgodności UE producenta i ważny certyfikat zgodności UE wydany przez jednostkę notyfikowaną;</w:t>
      </w:r>
      <w:proofErr w:type="gramEnd"/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6. </w:t>
      </w:r>
      <w:proofErr w:type="gramStart"/>
      <w:r>
        <w:rPr>
          <w:sz w:val="21"/>
        </w:rPr>
        <w:t>system</w:t>
      </w:r>
      <w:proofErr w:type="gramEnd"/>
      <w:r>
        <w:rPr>
          <w:sz w:val="21"/>
        </w:rPr>
        <w:t xml:space="preserve"> i infrastruktura wykorzystywane do realizacji zamówienia będą zgodne z obowiązującymi przepisami prawa, w tym z przepisami dotyczącymi ochrony danych osobowych;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7. </w:t>
      </w:r>
      <w:proofErr w:type="gramStart"/>
      <w:r>
        <w:rPr>
          <w:sz w:val="21"/>
        </w:rPr>
        <w:t>w</w:t>
      </w:r>
      <w:proofErr w:type="gramEnd"/>
      <w:r>
        <w:rPr>
          <w:sz w:val="21"/>
        </w:rPr>
        <w:t xml:space="preserve"> przypadku wyboru oferty zawrę z Zamawiającym umowę powierzenia przetwarzania danych osobowych przed otrzymaniem danych beneficjentów;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8. </w:t>
      </w:r>
      <w:proofErr w:type="gramStart"/>
      <w:r>
        <w:rPr>
          <w:sz w:val="21"/>
        </w:rPr>
        <w:t>wszystkie</w:t>
      </w:r>
      <w:proofErr w:type="gramEnd"/>
      <w:r>
        <w:rPr>
          <w:sz w:val="21"/>
        </w:rPr>
        <w:t xml:space="preserve"> informacje i dokumenty złożone wraz z ofertą są prawdziwe i aktualne.</w:t>
      </w:r>
    </w:p>
    <w:p w:rsidR="00C955F9" w:rsidRDefault="00C955F9" w:rsidP="00C955F9">
      <w:pPr>
        <w:spacing w:after="60"/>
        <w:jc w:val="both"/>
        <w:rPr>
          <w:sz w:val="19"/>
        </w:rPr>
      </w:pPr>
    </w:p>
    <w:p w:rsidR="00C955F9" w:rsidRDefault="00C955F9" w:rsidP="00C955F9">
      <w:pPr>
        <w:spacing w:after="60"/>
        <w:jc w:val="both"/>
        <w:rPr>
          <w:sz w:val="19"/>
        </w:rPr>
      </w:pPr>
    </w:p>
    <w:p w:rsidR="00F53299" w:rsidRDefault="00F53299" w:rsidP="00C955F9">
      <w:pPr>
        <w:spacing w:after="60"/>
        <w:jc w:val="both"/>
        <w:rPr>
          <w:sz w:val="19"/>
        </w:rPr>
      </w:pPr>
    </w:p>
    <w:p w:rsidR="00C955F9" w:rsidRDefault="00C955F9" w:rsidP="00C955F9">
      <w:pPr>
        <w:spacing w:after="60"/>
        <w:jc w:val="both"/>
        <w:rPr>
          <w:sz w:val="19"/>
        </w:rPr>
      </w:pPr>
    </w:p>
    <w:p w:rsidR="00C955F9" w:rsidRDefault="00C955F9" w:rsidP="00C955F9">
      <w:pPr>
        <w:spacing w:after="60"/>
        <w:jc w:val="both"/>
        <w:rPr>
          <w:sz w:val="19"/>
        </w:rPr>
      </w:pPr>
    </w:p>
    <w:p w:rsidR="00C955F9" w:rsidRDefault="00C955F9" w:rsidP="00C955F9">
      <w:pPr>
        <w:spacing w:after="60"/>
        <w:jc w:val="both"/>
      </w:pPr>
      <w:proofErr w:type="spellStart"/>
      <w:r>
        <w:rPr>
          <w:sz w:val="19"/>
        </w:rPr>
        <w:t>Miejscowość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i</w:t>
      </w:r>
      <w:proofErr w:type="spellEnd"/>
      <w:r>
        <w:rPr>
          <w:sz w:val="19"/>
        </w:rPr>
        <w:t xml:space="preserve"> data: ........................................................</w:t>
      </w:r>
    </w:p>
    <w:p w:rsidR="00C955F9" w:rsidRDefault="00C955F9" w:rsidP="00C955F9">
      <w:pPr>
        <w:spacing w:after="60"/>
        <w:jc w:val="both"/>
      </w:pPr>
    </w:p>
    <w:p w:rsidR="00C955F9" w:rsidRDefault="00C955F9" w:rsidP="00C955F9">
      <w:pPr>
        <w:spacing w:after="60"/>
        <w:jc w:val="both"/>
      </w:pPr>
      <w:proofErr w:type="spellStart"/>
      <w:proofErr w:type="gramStart"/>
      <w:r>
        <w:rPr>
          <w:sz w:val="19"/>
        </w:rPr>
        <w:t>Podpis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osoby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uprawnionej</w:t>
      </w:r>
      <w:proofErr w:type="spellEnd"/>
      <w:r>
        <w:rPr>
          <w:sz w:val="19"/>
        </w:rPr>
        <w:t>: ........................................................</w:t>
      </w:r>
      <w:proofErr w:type="gramEnd"/>
    </w:p>
    <w:p w:rsidR="00CC5CAE" w:rsidRDefault="00CC5CAE">
      <w:pPr>
        <w:spacing w:after="60"/>
        <w:jc w:val="right"/>
      </w:pPr>
    </w:p>
    <w:p w:rsidR="00CC5CAE" w:rsidRDefault="00B57AB0">
      <w:r>
        <w:br w:type="page"/>
      </w:r>
    </w:p>
    <w:p w:rsidR="00CC5CAE" w:rsidRDefault="00B57AB0">
      <w:pPr>
        <w:spacing w:after="60"/>
        <w:jc w:val="right"/>
      </w:pPr>
      <w:r>
        <w:rPr>
          <w:sz w:val="21"/>
        </w:rPr>
        <w:lastRenderedPageBreak/>
        <w:t xml:space="preserve">Załącznik nr 4 </w:t>
      </w:r>
      <w:proofErr w:type="gramStart"/>
      <w:r>
        <w:rPr>
          <w:sz w:val="21"/>
        </w:rPr>
        <w:t>do</w:t>
      </w:r>
      <w:proofErr w:type="gramEnd"/>
      <w:r>
        <w:rPr>
          <w:sz w:val="21"/>
        </w:rPr>
        <w:t xml:space="preserve"> zapytania ofertowego</w:t>
      </w:r>
    </w:p>
    <w:p w:rsidR="00C955F9" w:rsidRDefault="00C955F9">
      <w:pPr>
        <w:spacing w:after="160"/>
        <w:jc w:val="center"/>
        <w:rPr>
          <w:b/>
          <w:sz w:val="26"/>
        </w:rPr>
      </w:pPr>
    </w:p>
    <w:p w:rsidR="00CC5CAE" w:rsidRDefault="00B57AB0">
      <w:pPr>
        <w:spacing w:after="160"/>
        <w:jc w:val="center"/>
      </w:pPr>
      <w:r>
        <w:rPr>
          <w:b/>
          <w:sz w:val="26"/>
        </w:rPr>
        <w:t>WYKAZ DOŚWIADCZENIA WYKONAWCY</w:t>
      </w:r>
    </w:p>
    <w:p w:rsidR="00C955F9" w:rsidRDefault="00C955F9">
      <w:pPr>
        <w:spacing w:after="60"/>
        <w:jc w:val="both"/>
        <w:rPr>
          <w:sz w:val="21"/>
        </w:rPr>
      </w:pPr>
    </w:p>
    <w:p w:rsidR="00CC5CAE" w:rsidRDefault="00B57AB0">
      <w:pPr>
        <w:spacing w:after="60"/>
        <w:jc w:val="both"/>
      </w:pPr>
      <w:proofErr w:type="spellStart"/>
      <w:proofErr w:type="gramStart"/>
      <w:r>
        <w:rPr>
          <w:sz w:val="21"/>
        </w:rPr>
        <w:t>Nazwa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Wykonawcy</w:t>
      </w:r>
      <w:proofErr w:type="spellEnd"/>
      <w:r>
        <w:rPr>
          <w:sz w:val="21"/>
        </w:rPr>
        <w:t>: ....................................................................................................................</w:t>
      </w:r>
      <w:proofErr w:type="gramEnd"/>
    </w:p>
    <w:p w:rsidR="00C955F9" w:rsidRDefault="00C955F9">
      <w:pPr>
        <w:spacing w:after="60"/>
        <w:jc w:val="both"/>
        <w:rPr>
          <w:sz w:val="21"/>
        </w:rPr>
      </w:pPr>
    </w:p>
    <w:p w:rsidR="00CC5CAE" w:rsidRDefault="00B57AB0">
      <w:pPr>
        <w:spacing w:after="60"/>
        <w:jc w:val="both"/>
        <w:rPr>
          <w:sz w:val="21"/>
        </w:rPr>
      </w:pPr>
      <w:r>
        <w:rPr>
          <w:sz w:val="21"/>
        </w:rPr>
        <w:t xml:space="preserve">W </w:t>
      </w:r>
      <w:proofErr w:type="spellStart"/>
      <w:r>
        <w:rPr>
          <w:sz w:val="21"/>
        </w:rPr>
        <w:t>celu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potwierdzenia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warunku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doświadczenia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wykazuję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następujące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usługi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zrealizowane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lub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realizowane</w:t>
      </w:r>
      <w:proofErr w:type="spellEnd"/>
      <w:r>
        <w:rPr>
          <w:sz w:val="21"/>
        </w:rPr>
        <w:t xml:space="preserve"> </w:t>
      </w:r>
      <w:proofErr w:type="gramStart"/>
      <w:r>
        <w:rPr>
          <w:sz w:val="21"/>
        </w:rPr>
        <w:t>od</w:t>
      </w:r>
      <w:proofErr w:type="gramEnd"/>
      <w:r>
        <w:rPr>
          <w:sz w:val="21"/>
        </w:rPr>
        <w:t xml:space="preserve"> 1 </w:t>
      </w:r>
      <w:proofErr w:type="spellStart"/>
      <w:r>
        <w:rPr>
          <w:sz w:val="21"/>
        </w:rPr>
        <w:t>stycznia</w:t>
      </w:r>
      <w:proofErr w:type="spellEnd"/>
      <w:r>
        <w:rPr>
          <w:sz w:val="21"/>
        </w:rPr>
        <w:t xml:space="preserve"> 2023 r.:</w:t>
      </w:r>
    </w:p>
    <w:p w:rsidR="00C955F9" w:rsidRDefault="00C955F9">
      <w:pPr>
        <w:spacing w:after="60"/>
        <w:jc w:val="both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6"/>
        <w:gridCol w:w="1817"/>
        <w:gridCol w:w="1817"/>
        <w:gridCol w:w="1597"/>
        <w:gridCol w:w="1641"/>
        <w:gridCol w:w="1817"/>
      </w:tblGrid>
      <w:tr w:rsidR="00CC5CAE">
        <w:trPr>
          <w:jc w:val="center"/>
        </w:trPr>
        <w:tc>
          <w:tcPr>
            <w:tcW w:w="1652" w:type="dxa"/>
            <w:shd w:val="clear" w:color="auto" w:fill="D9E2F3"/>
            <w:vAlign w:val="center"/>
          </w:tcPr>
          <w:p w:rsidR="00CC5CAE" w:rsidRDefault="00B57AB0">
            <w:pPr>
              <w:spacing w:after="0"/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1652" w:type="dxa"/>
            <w:shd w:val="clear" w:color="auto" w:fill="D9E2F3"/>
            <w:vAlign w:val="center"/>
          </w:tcPr>
          <w:p w:rsidR="00CC5CAE" w:rsidRDefault="00B57AB0">
            <w:pPr>
              <w:spacing w:after="0"/>
            </w:pPr>
            <w:r>
              <w:rPr>
                <w:b/>
                <w:sz w:val="18"/>
              </w:rPr>
              <w:t>Zamawiający / odbiorca usługi</w:t>
            </w:r>
          </w:p>
        </w:tc>
        <w:tc>
          <w:tcPr>
            <w:tcW w:w="1652" w:type="dxa"/>
            <w:shd w:val="clear" w:color="auto" w:fill="D9E2F3"/>
            <w:vAlign w:val="center"/>
          </w:tcPr>
          <w:p w:rsidR="00CC5CAE" w:rsidRDefault="00B57AB0">
            <w:pPr>
              <w:spacing w:after="0"/>
            </w:pPr>
            <w:r>
              <w:rPr>
                <w:b/>
                <w:sz w:val="18"/>
              </w:rPr>
              <w:t>Przedmiot usługi</w:t>
            </w:r>
          </w:p>
        </w:tc>
        <w:tc>
          <w:tcPr>
            <w:tcW w:w="1652" w:type="dxa"/>
            <w:shd w:val="clear" w:color="auto" w:fill="D9E2F3"/>
            <w:vAlign w:val="center"/>
          </w:tcPr>
          <w:p w:rsidR="00CC5CAE" w:rsidRDefault="00B57AB0">
            <w:pPr>
              <w:spacing w:after="0"/>
            </w:pPr>
            <w:r>
              <w:rPr>
                <w:b/>
                <w:sz w:val="18"/>
              </w:rPr>
              <w:t>Okres realizacji</w:t>
            </w:r>
          </w:p>
        </w:tc>
        <w:tc>
          <w:tcPr>
            <w:tcW w:w="1652" w:type="dxa"/>
            <w:shd w:val="clear" w:color="auto" w:fill="D9E2F3"/>
            <w:vAlign w:val="center"/>
          </w:tcPr>
          <w:p w:rsidR="00CC5CAE" w:rsidRDefault="00B57AB0">
            <w:pPr>
              <w:spacing w:after="0"/>
            </w:pPr>
            <w:r>
              <w:rPr>
                <w:b/>
                <w:sz w:val="18"/>
              </w:rPr>
              <w:t>Liczba obsługiwanych urządzeń</w:t>
            </w:r>
          </w:p>
        </w:tc>
        <w:tc>
          <w:tcPr>
            <w:tcW w:w="1652" w:type="dxa"/>
            <w:shd w:val="clear" w:color="auto" w:fill="D9E2F3"/>
            <w:vAlign w:val="center"/>
          </w:tcPr>
          <w:p w:rsidR="00CC5CAE" w:rsidRDefault="00B57AB0">
            <w:pPr>
              <w:spacing w:after="0"/>
            </w:pPr>
            <w:r>
              <w:rPr>
                <w:b/>
                <w:sz w:val="18"/>
              </w:rPr>
              <w:t>Dokument potwierdzający</w:t>
            </w:r>
          </w:p>
        </w:tc>
      </w:tr>
      <w:tr w:rsidR="00CC5CAE" w:rsidTr="00F53299">
        <w:trPr>
          <w:trHeight w:val="567"/>
          <w:jc w:val="center"/>
        </w:trPr>
        <w:tc>
          <w:tcPr>
            <w:tcW w:w="1652" w:type="dxa"/>
            <w:vAlign w:val="center"/>
          </w:tcPr>
          <w:p w:rsidR="00C955F9" w:rsidRPr="00F53299" w:rsidRDefault="00B57AB0" w:rsidP="00F53299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F53299">
              <w:rPr>
                <w:sz w:val="18"/>
              </w:rPr>
              <w:t>.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8"/>
              </w:rPr>
              <w:t>................................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8"/>
              </w:rPr>
              <w:t>................................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proofErr w:type="gramStart"/>
            <w:r>
              <w:rPr>
                <w:sz w:val="18"/>
              </w:rPr>
              <w:t>od ........</w:t>
            </w:r>
            <w:proofErr w:type="gram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do ........</w:t>
            </w:r>
            <w:proofErr w:type="gramEnd"/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8"/>
              </w:rPr>
              <w:t xml:space="preserve">........ </w:t>
            </w:r>
            <w:proofErr w:type="gramStart"/>
            <w:r>
              <w:rPr>
                <w:sz w:val="18"/>
              </w:rPr>
              <w:t>szt</w:t>
            </w:r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8"/>
              </w:rPr>
              <w:t>................................</w:t>
            </w:r>
          </w:p>
        </w:tc>
      </w:tr>
      <w:tr w:rsidR="00CC5CAE" w:rsidTr="00F53299">
        <w:trPr>
          <w:trHeight w:val="567"/>
          <w:jc w:val="center"/>
        </w:trPr>
        <w:tc>
          <w:tcPr>
            <w:tcW w:w="1652" w:type="dxa"/>
            <w:vAlign w:val="center"/>
          </w:tcPr>
          <w:p w:rsidR="00C955F9" w:rsidRPr="00F53299" w:rsidRDefault="00B57AB0" w:rsidP="00F53299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 w:rsidR="00F53299">
              <w:rPr>
                <w:sz w:val="18"/>
              </w:rPr>
              <w:t>.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8"/>
              </w:rPr>
              <w:t>................................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8"/>
              </w:rPr>
              <w:t>................................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proofErr w:type="gramStart"/>
            <w:r>
              <w:rPr>
                <w:sz w:val="18"/>
              </w:rPr>
              <w:t>od ........</w:t>
            </w:r>
            <w:proofErr w:type="gram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do ........</w:t>
            </w:r>
            <w:proofErr w:type="gramEnd"/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8"/>
              </w:rPr>
              <w:t xml:space="preserve">........ </w:t>
            </w:r>
            <w:proofErr w:type="gramStart"/>
            <w:r>
              <w:rPr>
                <w:sz w:val="18"/>
              </w:rPr>
              <w:t>szt</w:t>
            </w:r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8"/>
              </w:rPr>
              <w:t>................................</w:t>
            </w:r>
          </w:p>
        </w:tc>
      </w:tr>
      <w:tr w:rsidR="00CC5CAE" w:rsidTr="00F53299">
        <w:trPr>
          <w:trHeight w:val="567"/>
          <w:jc w:val="center"/>
        </w:trPr>
        <w:tc>
          <w:tcPr>
            <w:tcW w:w="1652" w:type="dxa"/>
            <w:vAlign w:val="center"/>
          </w:tcPr>
          <w:p w:rsidR="00C955F9" w:rsidRPr="00F53299" w:rsidRDefault="00B57AB0" w:rsidP="00F53299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  <w:r w:rsidR="00F53299">
              <w:rPr>
                <w:sz w:val="18"/>
              </w:rPr>
              <w:t>.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8"/>
              </w:rPr>
              <w:t>................................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8"/>
              </w:rPr>
              <w:t>................................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proofErr w:type="gramStart"/>
            <w:r>
              <w:rPr>
                <w:sz w:val="18"/>
              </w:rPr>
              <w:t>od ........</w:t>
            </w:r>
            <w:proofErr w:type="gram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do ........</w:t>
            </w:r>
            <w:proofErr w:type="gramEnd"/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8"/>
              </w:rPr>
              <w:t xml:space="preserve">........ </w:t>
            </w:r>
            <w:proofErr w:type="gramStart"/>
            <w:r>
              <w:rPr>
                <w:sz w:val="18"/>
              </w:rPr>
              <w:t>szt</w:t>
            </w:r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1652" w:type="dxa"/>
            <w:vAlign w:val="center"/>
          </w:tcPr>
          <w:p w:rsidR="00CC5CAE" w:rsidRDefault="00B57AB0" w:rsidP="00F53299">
            <w:pPr>
              <w:spacing w:after="0"/>
              <w:jc w:val="center"/>
            </w:pPr>
            <w:r>
              <w:rPr>
                <w:sz w:val="18"/>
              </w:rPr>
              <w:t>................................</w:t>
            </w:r>
          </w:p>
        </w:tc>
      </w:tr>
    </w:tbl>
    <w:p w:rsidR="00C955F9" w:rsidRDefault="00C955F9">
      <w:pPr>
        <w:spacing w:after="120"/>
        <w:rPr>
          <w:b/>
          <w:sz w:val="21"/>
        </w:rPr>
      </w:pPr>
    </w:p>
    <w:p w:rsidR="00F53299" w:rsidRDefault="00B57AB0">
      <w:pPr>
        <w:spacing w:after="120"/>
        <w:rPr>
          <w:b/>
          <w:sz w:val="21"/>
        </w:rPr>
      </w:pPr>
      <w:proofErr w:type="spellStart"/>
      <w:r>
        <w:rPr>
          <w:b/>
          <w:sz w:val="21"/>
        </w:rPr>
        <w:t>Łączna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liczba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opasek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lub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innych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urządzeń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bezpieczeństw</w:t>
      </w:r>
      <w:r w:rsidR="00F53299">
        <w:rPr>
          <w:b/>
          <w:sz w:val="21"/>
        </w:rPr>
        <w:t>a</w:t>
      </w:r>
      <w:proofErr w:type="spellEnd"/>
      <w:r w:rsidR="00F53299">
        <w:rPr>
          <w:b/>
          <w:sz w:val="21"/>
        </w:rPr>
        <w:t xml:space="preserve"> </w:t>
      </w:r>
      <w:proofErr w:type="spellStart"/>
      <w:r w:rsidR="00F53299">
        <w:rPr>
          <w:b/>
          <w:sz w:val="21"/>
        </w:rPr>
        <w:t>objętych</w:t>
      </w:r>
      <w:proofErr w:type="spellEnd"/>
      <w:r w:rsidR="00F53299">
        <w:rPr>
          <w:b/>
          <w:sz w:val="21"/>
        </w:rPr>
        <w:t xml:space="preserve"> </w:t>
      </w:r>
      <w:proofErr w:type="spellStart"/>
      <w:r w:rsidR="00F53299">
        <w:rPr>
          <w:b/>
          <w:sz w:val="21"/>
        </w:rPr>
        <w:t>wykazanymi</w:t>
      </w:r>
      <w:proofErr w:type="spellEnd"/>
      <w:r w:rsidR="00F53299">
        <w:rPr>
          <w:b/>
          <w:sz w:val="21"/>
        </w:rPr>
        <w:t xml:space="preserve"> </w:t>
      </w:r>
      <w:proofErr w:type="spellStart"/>
      <w:r w:rsidR="00F53299">
        <w:rPr>
          <w:b/>
          <w:sz w:val="21"/>
        </w:rPr>
        <w:t>usługami</w:t>
      </w:r>
      <w:proofErr w:type="spellEnd"/>
      <w:r w:rsidR="00F53299">
        <w:rPr>
          <w:b/>
          <w:sz w:val="21"/>
        </w:rPr>
        <w:t xml:space="preserve">: </w:t>
      </w:r>
    </w:p>
    <w:p w:rsidR="00CC5CAE" w:rsidRDefault="00B57AB0">
      <w:pPr>
        <w:spacing w:after="120"/>
      </w:pPr>
      <w:r>
        <w:rPr>
          <w:b/>
          <w:sz w:val="21"/>
        </w:rPr>
        <w:t xml:space="preserve">........................ </w:t>
      </w:r>
      <w:proofErr w:type="gramStart"/>
      <w:r>
        <w:rPr>
          <w:b/>
          <w:sz w:val="21"/>
        </w:rPr>
        <w:t>szt</w:t>
      </w:r>
      <w:proofErr w:type="gramEnd"/>
      <w:r>
        <w:rPr>
          <w:b/>
          <w:sz w:val="21"/>
        </w:rPr>
        <w:t>.</w:t>
      </w:r>
    </w:p>
    <w:p w:rsidR="00CC5CAE" w:rsidRDefault="00B57AB0">
      <w:pPr>
        <w:spacing w:after="60"/>
        <w:jc w:val="both"/>
      </w:pPr>
      <w:r>
        <w:rPr>
          <w:sz w:val="21"/>
        </w:rPr>
        <w:t>Do wykazu należy dołączyć referencje lub inne dokumenty potwierdzające należyte wykonanie lub wykonywanie wskazanych usług.</w:t>
      </w:r>
    </w:p>
    <w:p w:rsidR="00C955F9" w:rsidRDefault="00C955F9">
      <w:pPr>
        <w:rPr>
          <w:sz w:val="21"/>
        </w:rPr>
      </w:pPr>
    </w:p>
    <w:p w:rsidR="00C955F9" w:rsidRDefault="00C955F9">
      <w:pPr>
        <w:rPr>
          <w:sz w:val="21"/>
        </w:rPr>
      </w:pPr>
    </w:p>
    <w:p w:rsidR="00C955F9" w:rsidRDefault="00C955F9">
      <w:pPr>
        <w:rPr>
          <w:sz w:val="21"/>
        </w:rPr>
      </w:pPr>
    </w:p>
    <w:p w:rsidR="00C955F9" w:rsidRDefault="00C955F9" w:rsidP="00C955F9">
      <w:pPr>
        <w:spacing w:after="60"/>
        <w:jc w:val="both"/>
      </w:pPr>
      <w:proofErr w:type="spellStart"/>
      <w:r>
        <w:rPr>
          <w:sz w:val="19"/>
        </w:rPr>
        <w:t>Miejscowość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i</w:t>
      </w:r>
      <w:proofErr w:type="spellEnd"/>
      <w:r>
        <w:rPr>
          <w:sz w:val="19"/>
        </w:rPr>
        <w:t xml:space="preserve"> data: ........................................................</w:t>
      </w:r>
    </w:p>
    <w:p w:rsidR="00C955F9" w:rsidRDefault="00C955F9" w:rsidP="00C955F9">
      <w:pPr>
        <w:spacing w:after="60"/>
        <w:jc w:val="both"/>
      </w:pPr>
    </w:p>
    <w:p w:rsidR="00C955F9" w:rsidRDefault="00C955F9" w:rsidP="00C955F9">
      <w:pPr>
        <w:spacing w:after="60"/>
        <w:jc w:val="both"/>
      </w:pPr>
      <w:proofErr w:type="spellStart"/>
      <w:proofErr w:type="gramStart"/>
      <w:r>
        <w:rPr>
          <w:sz w:val="19"/>
        </w:rPr>
        <w:t>Podpis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osoby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uprawnionej</w:t>
      </w:r>
      <w:proofErr w:type="spellEnd"/>
      <w:r>
        <w:rPr>
          <w:sz w:val="19"/>
        </w:rPr>
        <w:t>: ........................................................</w:t>
      </w:r>
      <w:proofErr w:type="gramEnd"/>
    </w:p>
    <w:p w:rsidR="00CC5CAE" w:rsidRDefault="00B57AB0">
      <w:r>
        <w:br w:type="page"/>
      </w:r>
    </w:p>
    <w:p w:rsidR="00CC5CAE" w:rsidRDefault="00B57AB0">
      <w:pPr>
        <w:spacing w:after="60"/>
        <w:jc w:val="right"/>
      </w:pPr>
      <w:r>
        <w:rPr>
          <w:sz w:val="21"/>
        </w:rPr>
        <w:lastRenderedPageBreak/>
        <w:t xml:space="preserve">Załącznik nr 5 </w:t>
      </w:r>
      <w:proofErr w:type="gramStart"/>
      <w:r>
        <w:rPr>
          <w:sz w:val="21"/>
        </w:rPr>
        <w:t>do</w:t>
      </w:r>
      <w:proofErr w:type="gramEnd"/>
      <w:r>
        <w:rPr>
          <w:sz w:val="21"/>
        </w:rPr>
        <w:t xml:space="preserve"> zapytania ofertowego</w:t>
      </w:r>
    </w:p>
    <w:p w:rsidR="00C955F9" w:rsidRDefault="00C955F9">
      <w:pPr>
        <w:spacing w:after="160"/>
        <w:jc w:val="center"/>
        <w:rPr>
          <w:b/>
          <w:sz w:val="26"/>
        </w:rPr>
      </w:pPr>
    </w:p>
    <w:p w:rsidR="00CC5CAE" w:rsidRDefault="00B57AB0">
      <w:pPr>
        <w:spacing w:after="160"/>
        <w:jc w:val="center"/>
      </w:pPr>
      <w:r>
        <w:rPr>
          <w:b/>
          <w:sz w:val="26"/>
        </w:rPr>
        <w:t>PROJEKT UMOWY</w:t>
      </w:r>
    </w:p>
    <w:p w:rsidR="00CC5CAE" w:rsidRDefault="00B57AB0">
      <w:pPr>
        <w:spacing w:after="60"/>
        <w:jc w:val="both"/>
      </w:pPr>
      <w:proofErr w:type="gramStart"/>
      <w:r>
        <w:rPr>
          <w:sz w:val="21"/>
        </w:rPr>
        <w:t>zawartej</w:t>
      </w:r>
      <w:proofErr w:type="gramEnd"/>
      <w:r>
        <w:rPr>
          <w:sz w:val="21"/>
        </w:rPr>
        <w:t xml:space="preserve"> w dniu ........................ 2026 r. w Czarnem pomiędzy:</w:t>
      </w:r>
    </w:p>
    <w:p w:rsidR="00CC5CAE" w:rsidRDefault="00B57AB0">
      <w:pPr>
        <w:spacing w:after="60"/>
        <w:jc w:val="both"/>
      </w:pPr>
      <w:proofErr w:type="gramStart"/>
      <w:r>
        <w:rPr>
          <w:sz w:val="21"/>
        </w:rPr>
        <w:t>Ośrodkiem Pomocy Społecznej w Czarnem, ul.</w:t>
      </w:r>
      <w:proofErr w:type="gramEnd"/>
      <w:r>
        <w:rPr>
          <w:sz w:val="21"/>
        </w:rPr>
        <w:t xml:space="preserve"> Leśna 4, 77-330 Czarne, reprezentowanym przez Kierownika OPS w Czarnem – Alinę Stojak, zwanym dalej „Zamawiającym”,</w:t>
      </w:r>
    </w:p>
    <w:p w:rsidR="00CC5CAE" w:rsidRDefault="00B57AB0">
      <w:pPr>
        <w:spacing w:after="60"/>
        <w:jc w:val="both"/>
      </w:pPr>
      <w:proofErr w:type="gramStart"/>
      <w:r>
        <w:rPr>
          <w:sz w:val="21"/>
        </w:rPr>
        <w:t>a</w:t>
      </w:r>
      <w:proofErr w:type="gramEnd"/>
    </w:p>
    <w:p w:rsidR="00CC5CAE" w:rsidRDefault="00B57AB0">
      <w:pPr>
        <w:spacing w:after="60"/>
        <w:jc w:val="both"/>
      </w:pPr>
      <w:proofErr w:type="gramStart"/>
      <w:r>
        <w:rPr>
          <w:sz w:val="21"/>
        </w:rPr>
        <w:t>....................................................................................................................................................,</w:t>
      </w:r>
      <w:proofErr w:type="gramEnd"/>
      <w:r>
        <w:rPr>
          <w:sz w:val="21"/>
        </w:rPr>
        <w:t xml:space="preserve"> zwanym dalej „Wykonawcą”.</w:t>
      </w:r>
    </w:p>
    <w:p w:rsidR="00CC5CAE" w:rsidRDefault="00B57AB0" w:rsidP="00C955F9">
      <w:pPr>
        <w:keepNext/>
        <w:spacing w:before="100" w:after="60"/>
        <w:jc w:val="center"/>
      </w:pPr>
      <w:proofErr w:type="gramStart"/>
      <w:r>
        <w:rPr>
          <w:b/>
          <w:sz w:val="21"/>
        </w:rPr>
        <w:t>§ 1.</w:t>
      </w:r>
      <w:proofErr w:type="gramEnd"/>
      <w:r>
        <w:rPr>
          <w:b/>
          <w:sz w:val="21"/>
        </w:rPr>
        <w:t xml:space="preserve"> Przedmiot umowy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1. </w:t>
      </w:r>
      <w:r>
        <w:rPr>
          <w:sz w:val="21"/>
        </w:rPr>
        <w:t>Wykonawca zobowiązuje się do dostawy 10 fabrycznie nowych opasek bezpieczeństwa oraz świadczenia usługi obsługi systemu dla 24 opasek lub innych urządzeń bezpieczeństwa w ramach Programu „Korpus Wsparcia Seniorów” na rok 2026 – Moduł II.</w:t>
      </w:r>
    </w:p>
    <w:p w:rsidR="00CC5CAE" w:rsidRDefault="00B57AB0">
      <w:pPr>
        <w:spacing w:after="40"/>
        <w:ind w:left="312" w:hanging="312"/>
        <w:jc w:val="both"/>
      </w:pPr>
      <w:proofErr w:type="gramStart"/>
      <w:r>
        <w:rPr>
          <w:b/>
          <w:sz w:val="21"/>
        </w:rPr>
        <w:t xml:space="preserve">2. </w:t>
      </w:r>
      <w:r>
        <w:rPr>
          <w:sz w:val="21"/>
        </w:rPr>
        <w:t>Szczegółowy zakres zamówienia oraz wymagania techniczne określa zapytanie ofertowe i oferta Wykonawcy, które stanowią integralną część umowy.</w:t>
      </w:r>
      <w:proofErr w:type="gramEnd"/>
    </w:p>
    <w:p w:rsidR="00CC5CAE" w:rsidRDefault="00B57AB0">
      <w:pPr>
        <w:spacing w:after="40"/>
        <w:ind w:left="312" w:hanging="312"/>
        <w:jc w:val="both"/>
      </w:pPr>
      <w:proofErr w:type="gramStart"/>
      <w:r>
        <w:rPr>
          <w:b/>
          <w:sz w:val="21"/>
        </w:rPr>
        <w:t xml:space="preserve">3. </w:t>
      </w:r>
      <w:r>
        <w:rPr>
          <w:sz w:val="21"/>
        </w:rPr>
        <w:t>Usługa musi być kompatybilna z urządzeniami ZEGAREK SOS LOCON LIFE PLUS oraz SiDLY Vital Care.</w:t>
      </w:r>
      <w:proofErr w:type="gramEnd"/>
    </w:p>
    <w:p w:rsidR="00CC5CAE" w:rsidRDefault="00B57AB0" w:rsidP="00C955F9">
      <w:pPr>
        <w:keepNext/>
        <w:spacing w:before="100" w:after="60"/>
        <w:jc w:val="center"/>
      </w:pPr>
      <w:proofErr w:type="gramStart"/>
      <w:r>
        <w:rPr>
          <w:b/>
          <w:sz w:val="21"/>
        </w:rPr>
        <w:t>§ 2.</w:t>
      </w:r>
      <w:proofErr w:type="gramEnd"/>
      <w:r>
        <w:rPr>
          <w:b/>
          <w:sz w:val="21"/>
        </w:rPr>
        <w:t xml:space="preserve"> Termin realizacji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1. </w:t>
      </w:r>
      <w:r>
        <w:rPr>
          <w:sz w:val="21"/>
        </w:rPr>
        <w:t xml:space="preserve">Wykonawca dostarczy 10 opasek w terminie do </w:t>
      </w:r>
      <w:proofErr w:type="gramStart"/>
      <w:r>
        <w:rPr>
          <w:sz w:val="21"/>
        </w:rPr>
        <w:t>7</w:t>
      </w:r>
      <w:proofErr w:type="gramEnd"/>
      <w:r>
        <w:rPr>
          <w:sz w:val="21"/>
        </w:rPr>
        <w:t xml:space="preserve"> dni od dnia zawarcia umowy.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2. </w:t>
      </w:r>
      <w:r>
        <w:rPr>
          <w:sz w:val="21"/>
        </w:rPr>
        <w:t>Obsługa systemu będzie świadczona od dnia zawarcia umowy, nie wcześniej niż od 1 września 2026 r., do 31 grudnia 2026 r., przez 24 godziny na dobę, 7 dni w tygodniu.</w:t>
      </w:r>
    </w:p>
    <w:p w:rsidR="00CC5CAE" w:rsidRDefault="00B57AB0" w:rsidP="00C955F9">
      <w:pPr>
        <w:keepNext/>
        <w:spacing w:before="100" w:after="60"/>
        <w:jc w:val="center"/>
      </w:pPr>
      <w:proofErr w:type="gramStart"/>
      <w:r>
        <w:rPr>
          <w:b/>
          <w:sz w:val="21"/>
        </w:rPr>
        <w:t>§ 3.</w:t>
      </w:r>
      <w:proofErr w:type="gramEnd"/>
      <w:r>
        <w:rPr>
          <w:b/>
          <w:sz w:val="21"/>
        </w:rPr>
        <w:t xml:space="preserve"> Obowiązki Wykonawcy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1. </w:t>
      </w:r>
      <w:proofErr w:type="gramStart"/>
      <w:r>
        <w:rPr>
          <w:sz w:val="21"/>
        </w:rPr>
        <w:t>zapewnienie</w:t>
      </w:r>
      <w:proofErr w:type="gramEnd"/>
      <w:r>
        <w:rPr>
          <w:sz w:val="21"/>
        </w:rPr>
        <w:t xml:space="preserve"> nieprzerwanej gotowości centrum monitoringu i obsługi zgłoszeń SOS;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2. </w:t>
      </w:r>
      <w:proofErr w:type="gramStart"/>
      <w:r>
        <w:rPr>
          <w:sz w:val="21"/>
        </w:rPr>
        <w:t>zapewnienie</w:t>
      </w:r>
      <w:proofErr w:type="gramEnd"/>
      <w:r>
        <w:rPr>
          <w:sz w:val="21"/>
        </w:rPr>
        <w:t xml:space="preserve"> personelu oraz zaplecza technicznego niezbędnego do prawidłowej realizacji usługi;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3. </w:t>
      </w:r>
      <w:proofErr w:type="gramStart"/>
      <w:r>
        <w:rPr>
          <w:sz w:val="21"/>
        </w:rPr>
        <w:t>prowadzenie</w:t>
      </w:r>
      <w:proofErr w:type="gramEnd"/>
      <w:r>
        <w:rPr>
          <w:sz w:val="21"/>
        </w:rPr>
        <w:t xml:space="preserve"> rejestru zgłoszeń i przekazywanie Zamawiającemu miesięcznego zestawienia do 5. </w:t>
      </w:r>
      <w:proofErr w:type="gramStart"/>
      <w:r>
        <w:rPr>
          <w:sz w:val="21"/>
        </w:rPr>
        <w:t>dnia</w:t>
      </w:r>
      <w:proofErr w:type="gramEnd"/>
      <w:r>
        <w:rPr>
          <w:sz w:val="21"/>
        </w:rPr>
        <w:t xml:space="preserve"> następnego miesiąca;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4. </w:t>
      </w:r>
      <w:proofErr w:type="gramStart"/>
      <w:r w:rsidRPr="00C955F9">
        <w:rPr>
          <w:sz w:val="21"/>
        </w:rPr>
        <w:t>zapewnienie</w:t>
      </w:r>
      <w:proofErr w:type="gramEnd"/>
      <w:r w:rsidRPr="00C955F9">
        <w:rPr>
          <w:sz w:val="21"/>
        </w:rPr>
        <w:t xml:space="preserve"> zgodności 10 dostarczonych opasek z wymaganiami zapytania, w tym posiadania wszystkich wymaganych funkcji oraz zgodności z przepisami rozporządzenia (UE) 2017/745 (MDR) </w:t>
      </w:r>
      <w:proofErr w:type="spellStart"/>
      <w:r w:rsidRPr="00C955F9">
        <w:rPr>
          <w:sz w:val="21"/>
        </w:rPr>
        <w:t>i</w:t>
      </w:r>
      <w:proofErr w:type="spellEnd"/>
      <w:r w:rsidRPr="00C955F9">
        <w:rPr>
          <w:sz w:val="21"/>
        </w:rPr>
        <w:t xml:space="preserve"> </w:t>
      </w:r>
      <w:r w:rsidR="00C955F9">
        <w:rPr>
          <w:sz w:val="21"/>
        </w:rPr>
        <w:t> </w:t>
      </w:r>
      <w:proofErr w:type="spellStart"/>
      <w:r w:rsidRPr="00C955F9">
        <w:rPr>
          <w:sz w:val="21"/>
        </w:rPr>
        <w:t>ustawy</w:t>
      </w:r>
      <w:proofErr w:type="spellEnd"/>
      <w:r w:rsidRPr="00C955F9">
        <w:rPr>
          <w:sz w:val="21"/>
        </w:rPr>
        <w:t xml:space="preserve"> o </w:t>
      </w:r>
      <w:proofErr w:type="spellStart"/>
      <w:r w:rsidRPr="00C955F9">
        <w:rPr>
          <w:sz w:val="21"/>
        </w:rPr>
        <w:t>wyrobach</w:t>
      </w:r>
      <w:proofErr w:type="spellEnd"/>
      <w:r w:rsidRPr="00C955F9">
        <w:rPr>
          <w:sz w:val="21"/>
        </w:rPr>
        <w:t xml:space="preserve"> </w:t>
      </w:r>
      <w:proofErr w:type="spellStart"/>
      <w:r w:rsidRPr="00C955F9">
        <w:rPr>
          <w:sz w:val="21"/>
        </w:rPr>
        <w:t>medycznych</w:t>
      </w:r>
      <w:proofErr w:type="spellEnd"/>
      <w:r w:rsidRPr="00C955F9">
        <w:rPr>
          <w:sz w:val="21"/>
        </w:rPr>
        <w:t xml:space="preserve">, </w:t>
      </w:r>
      <w:proofErr w:type="spellStart"/>
      <w:r w:rsidRPr="00C955F9">
        <w:rPr>
          <w:sz w:val="21"/>
        </w:rPr>
        <w:t>właściwej</w:t>
      </w:r>
      <w:proofErr w:type="spellEnd"/>
      <w:r w:rsidRPr="00C955F9">
        <w:rPr>
          <w:sz w:val="21"/>
        </w:rPr>
        <w:t xml:space="preserve"> </w:t>
      </w:r>
      <w:proofErr w:type="spellStart"/>
      <w:r w:rsidRPr="00C955F9">
        <w:rPr>
          <w:sz w:val="21"/>
        </w:rPr>
        <w:t>klasyfikacji</w:t>
      </w:r>
      <w:proofErr w:type="spellEnd"/>
      <w:r w:rsidRPr="00C955F9">
        <w:rPr>
          <w:sz w:val="21"/>
        </w:rPr>
        <w:t xml:space="preserve"> </w:t>
      </w:r>
      <w:proofErr w:type="spellStart"/>
      <w:r w:rsidRPr="00C955F9">
        <w:rPr>
          <w:sz w:val="21"/>
        </w:rPr>
        <w:t>wyrobu</w:t>
      </w:r>
      <w:proofErr w:type="spellEnd"/>
      <w:r w:rsidRPr="00C955F9">
        <w:rPr>
          <w:sz w:val="21"/>
        </w:rPr>
        <w:t xml:space="preserve"> (co najmniej klasa IIa dla wymaganych funkcji monitorowania parametrów życiowych), oznakowania CE z numerem jednostki notyfikowanej, deklaracji zgodności UE producenta i ważnego certyfikatu zgodności UE;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5. </w:t>
      </w:r>
      <w:proofErr w:type="gramStart"/>
      <w:r>
        <w:rPr>
          <w:sz w:val="21"/>
        </w:rPr>
        <w:t>przestrzeganie</w:t>
      </w:r>
      <w:proofErr w:type="gramEnd"/>
      <w:r>
        <w:rPr>
          <w:sz w:val="21"/>
        </w:rPr>
        <w:t xml:space="preserve"> zadeklarowanego w ofercie maksymalnego czasu podjęcia obsługi zgłoszenia SOS;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6. </w:t>
      </w:r>
      <w:proofErr w:type="gramStart"/>
      <w:r>
        <w:rPr>
          <w:sz w:val="21"/>
        </w:rPr>
        <w:t>niezwłoczne</w:t>
      </w:r>
      <w:proofErr w:type="gramEnd"/>
      <w:r>
        <w:rPr>
          <w:sz w:val="21"/>
        </w:rPr>
        <w:t xml:space="preserve"> informowanie Zamawiającego o awariach lub zdarzeniach mających wpływ na ciągłość usługi;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7. </w:t>
      </w:r>
      <w:proofErr w:type="gramStart"/>
      <w:r>
        <w:rPr>
          <w:sz w:val="21"/>
        </w:rPr>
        <w:t>przetwarzanie</w:t>
      </w:r>
      <w:proofErr w:type="gramEnd"/>
      <w:r>
        <w:rPr>
          <w:sz w:val="21"/>
        </w:rPr>
        <w:t xml:space="preserve"> danych beneficjentów wyłącznie na zasadach określonych w umowie powierzenia przetwarzania danych osobowych.</w:t>
      </w:r>
    </w:p>
    <w:p w:rsidR="00CC5CAE" w:rsidRDefault="00B57AB0" w:rsidP="00C955F9">
      <w:pPr>
        <w:keepNext/>
        <w:spacing w:before="100" w:after="60"/>
        <w:jc w:val="center"/>
      </w:pPr>
      <w:proofErr w:type="gramStart"/>
      <w:r>
        <w:rPr>
          <w:b/>
          <w:sz w:val="21"/>
        </w:rPr>
        <w:t>§ 4.</w:t>
      </w:r>
      <w:proofErr w:type="gramEnd"/>
      <w:r>
        <w:rPr>
          <w:b/>
          <w:sz w:val="21"/>
        </w:rPr>
        <w:t xml:space="preserve"> Wynagrodzenie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1. </w:t>
      </w:r>
      <w:r>
        <w:rPr>
          <w:sz w:val="21"/>
        </w:rPr>
        <w:t xml:space="preserve">Za dostawę 10 opasek Zamawiający zapłaci Wykonawcy wynagrodzenie w wysokości .................. </w:t>
      </w:r>
      <w:proofErr w:type="gramStart"/>
      <w:r>
        <w:rPr>
          <w:sz w:val="21"/>
        </w:rPr>
        <w:t>zł</w:t>
      </w:r>
      <w:proofErr w:type="gramEnd"/>
      <w:r>
        <w:rPr>
          <w:sz w:val="21"/>
        </w:rPr>
        <w:t xml:space="preserve"> brutto.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2. </w:t>
      </w:r>
      <w:r>
        <w:rPr>
          <w:sz w:val="21"/>
        </w:rPr>
        <w:t xml:space="preserve">Za miesięczną obsługę systemu dla 24 urządzeń Zamawiający zapłaci Wykonawcy .................. </w:t>
      </w:r>
      <w:proofErr w:type="gramStart"/>
      <w:r>
        <w:rPr>
          <w:sz w:val="21"/>
        </w:rPr>
        <w:t>zł</w:t>
      </w:r>
      <w:proofErr w:type="gramEnd"/>
      <w:r>
        <w:rPr>
          <w:sz w:val="21"/>
        </w:rPr>
        <w:t xml:space="preserve"> brutto.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3. </w:t>
      </w:r>
      <w:r>
        <w:rPr>
          <w:sz w:val="21"/>
        </w:rPr>
        <w:t xml:space="preserve">Maksymalna łączna wartość umowy wynosi .................. </w:t>
      </w:r>
      <w:proofErr w:type="gramStart"/>
      <w:r>
        <w:rPr>
          <w:sz w:val="21"/>
        </w:rPr>
        <w:t>zł</w:t>
      </w:r>
      <w:proofErr w:type="gramEnd"/>
      <w:r>
        <w:rPr>
          <w:sz w:val="21"/>
        </w:rPr>
        <w:t xml:space="preserve"> brutto, z zastrzeżeniem proporcjonalnego rozliczenia usługi za niepełny miesiąc.</w:t>
      </w:r>
    </w:p>
    <w:p w:rsidR="00CC5CAE" w:rsidRDefault="00B57AB0">
      <w:pPr>
        <w:spacing w:after="40"/>
        <w:ind w:left="312" w:hanging="312"/>
        <w:jc w:val="both"/>
      </w:pPr>
      <w:proofErr w:type="gramStart"/>
      <w:r>
        <w:rPr>
          <w:b/>
          <w:sz w:val="21"/>
        </w:rPr>
        <w:t xml:space="preserve">4. </w:t>
      </w:r>
      <w:r>
        <w:rPr>
          <w:sz w:val="21"/>
        </w:rPr>
        <w:t>Płatność za opaski nastąpi po ich dostawie i odbiorze.</w:t>
      </w:r>
      <w:proofErr w:type="gramEnd"/>
      <w:r>
        <w:rPr>
          <w:sz w:val="21"/>
        </w:rPr>
        <w:t xml:space="preserve"> Płatność za obsługę systemu będzie dokonywana miesięcznie </w:t>
      </w:r>
      <w:proofErr w:type="gramStart"/>
      <w:r>
        <w:rPr>
          <w:sz w:val="21"/>
        </w:rPr>
        <w:t>na</w:t>
      </w:r>
      <w:proofErr w:type="gramEnd"/>
      <w:r>
        <w:rPr>
          <w:sz w:val="21"/>
        </w:rPr>
        <w:t xml:space="preserve"> podstawie prawidłowo wystawionej faktury/rachunku i miesięcznego zestawienia zgłoszeń, w terminie 14 dni od dnia doręczenia dokumentów Zamawiającemu.</w:t>
      </w:r>
    </w:p>
    <w:p w:rsidR="00CC5CAE" w:rsidRDefault="00B57AB0" w:rsidP="00C955F9">
      <w:pPr>
        <w:keepNext/>
        <w:spacing w:before="100" w:after="60"/>
        <w:jc w:val="center"/>
      </w:pPr>
      <w:proofErr w:type="gramStart"/>
      <w:r>
        <w:rPr>
          <w:b/>
          <w:sz w:val="21"/>
        </w:rPr>
        <w:t>§ 5.</w:t>
      </w:r>
      <w:proofErr w:type="gramEnd"/>
      <w:r>
        <w:rPr>
          <w:b/>
          <w:sz w:val="21"/>
        </w:rPr>
        <w:t xml:space="preserve"> Odbiór opasek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1. </w:t>
      </w:r>
      <w:proofErr w:type="spellStart"/>
      <w:r w:rsidRPr="00C955F9">
        <w:rPr>
          <w:sz w:val="21"/>
        </w:rPr>
        <w:t>Przy</w:t>
      </w:r>
      <w:proofErr w:type="spellEnd"/>
      <w:r w:rsidRPr="00C955F9">
        <w:rPr>
          <w:sz w:val="21"/>
        </w:rPr>
        <w:t xml:space="preserve"> </w:t>
      </w:r>
      <w:proofErr w:type="spellStart"/>
      <w:r w:rsidRPr="00C955F9">
        <w:rPr>
          <w:sz w:val="21"/>
        </w:rPr>
        <w:t>odbiorze</w:t>
      </w:r>
      <w:proofErr w:type="spellEnd"/>
      <w:r w:rsidRPr="00C955F9">
        <w:rPr>
          <w:sz w:val="21"/>
        </w:rPr>
        <w:t xml:space="preserve"> </w:t>
      </w:r>
      <w:proofErr w:type="spellStart"/>
      <w:r w:rsidRPr="00C955F9">
        <w:rPr>
          <w:sz w:val="21"/>
        </w:rPr>
        <w:t>Wykonawca</w:t>
      </w:r>
      <w:proofErr w:type="spellEnd"/>
      <w:r w:rsidRPr="00C955F9">
        <w:rPr>
          <w:sz w:val="21"/>
        </w:rPr>
        <w:t xml:space="preserve"> </w:t>
      </w:r>
      <w:proofErr w:type="spellStart"/>
      <w:r w:rsidRPr="00C955F9">
        <w:rPr>
          <w:sz w:val="21"/>
        </w:rPr>
        <w:t>przekaże</w:t>
      </w:r>
      <w:proofErr w:type="spellEnd"/>
      <w:r w:rsidRPr="00C955F9">
        <w:rPr>
          <w:sz w:val="21"/>
        </w:rPr>
        <w:t xml:space="preserve"> </w:t>
      </w:r>
      <w:proofErr w:type="spellStart"/>
      <w:r w:rsidRPr="00C955F9">
        <w:rPr>
          <w:sz w:val="21"/>
        </w:rPr>
        <w:t>Zamawiającemu</w:t>
      </w:r>
      <w:proofErr w:type="spellEnd"/>
      <w:r w:rsidRPr="00C955F9">
        <w:rPr>
          <w:sz w:val="21"/>
        </w:rPr>
        <w:t xml:space="preserve"> </w:t>
      </w:r>
      <w:proofErr w:type="spellStart"/>
      <w:r w:rsidRPr="00C955F9">
        <w:rPr>
          <w:sz w:val="21"/>
        </w:rPr>
        <w:t>dokumenty</w:t>
      </w:r>
      <w:proofErr w:type="spellEnd"/>
      <w:r w:rsidRPr="00C955F9">
        <w:rPr>
          <w:sz w:val="21"/>
        </w:rPr>
        <w:t xml:space="preserve"> </w:t>
      </w:r>
      <w:proofErr w:type="spellStart"/>
      <w:r w:rsidRPr="00C955F9">
        <w:rPr>
          <w:sz w:val="21"/>
        </w:rPr>
        <w:t>wymagane</w:t>
      </w:r>
      <w:proofErr w:type="spellEnd"/>
      <w:r w:rsidRPr="00C955F9">
        <w:rPr>
          <w:sz w:val="21"/>
        </w:rPr>
        <w:t xml:space="preserve"> w </w:t>
      </w:r>
      <w:proofErr w:type="spellStart"/>
      <w:r w:rsidRPr="00C955F9">
        <w:rPr>
          <w:sz w:val="21"/>
        </w:rPr>
        <w:t>zapytaniu</w:t>
      </w:r>
      <w:proofErr w:type="spellEnd"/>
      <w:r w:rsidRPr="00C955F9">
        <w:rPr>
          <w:sz w:val="21"/>
        </w:rPr>
        <w:t xml:space="preserve"> </w:t>
      </w:r>
      <w:proofErr w:type="spellStart"/>
      <w:r w:rsidRPr="00C955F9">
        <w:rPr>
          <w:sz w:val="21"/>
        </w:rPr>
        <w:t>ofertowym</w:t>
      </w:r>
      <w:proofErr w:type="spellEnd"/>
      <w:r w:rsidRPr="00C955F9">
        <w:rPr>
          <w:sz w:val="21"/>
        </w:rPr>
        <w:t xml:space="preserve">, </w:t>
      </w:r>
      <w:proofErr w:type="gramStart"/>
      <w:r w:rsidRPr="00C955F9">
        <w:rPr>
          <w:sz w:val="21"/>
        </w:rPr>
        <w:t xml:space="preserve">w </w:t>
      </w:r>
      <w:r w:rsidR="00C955F9">
        <w:rPr>
          <w:sz w:val="21"/>
        </w:rPr>
        <w:t> </w:t>
      </w:r>
      <w:proofErr w:type="spellStart"/>
      <w:r w:rsidRPr="00C955F9">
        <w:rPr>
          <w:sz w:val="21"/>
        </w:rPr>
        <w:t>szczególności</w:t>
      </w:r>
      <w:proofErr w:type="spellEnd"/>
      <w:proofErr w:type="gramEnd"/>
      <w:r w:rsidRPr="00C955F9">
        <w:rPr>
          <w:sz w:val="21"/>
        </w:rPr>
        <w:t xml:space="preserve"> </w:t>
      </w:r>
      <w:proofErr w:type="spellStart"/>
      <w:r w:rsidRPr="00C955F9">
        <w:rPr>
          <w:sz w:val="21"/>
        </w:rPr>
        <w:t>deklarację</w:t>
      </w:r>
      <w:proofErr w:type="spellEnd"/>
      <w:r w:rsidRPr="00C955F9">
        <w:rPr>
          <w:sz w:val="21"/>
        </w:rPr>
        <w:t xml:space="preserve"> </w:t>
      </w:r>
      <w:proofErr w:type="spellStart"/>
      <w:r w:rsidRPr="00C955F9">
        <w:rPr>
          <w:sz w:val="21"/>
        </w:rPr>
        <w:t>zgodności</w:t>
      </w:r>
      <w:proofErr w:type="spellEnd"/>
      <w:r w:rsidRPr="00C955F9">
        <w:rPr>
          <w:sz w:val="21"/>
        </w:rPr>
        <w:t xml:space="preserve"> UE </w:t>
      </w:r>
      <w:proofErr w:type="spellStart"/>
      <w:r w:rsidRPr="00C955F9">
        <w:rPr>
          <w:sz w:val="21"/>
        </w:rPr>
        <w:t>producenta</w:t>
      </w:r>
      <w:proofErr w:type="spellEnd"/>
      <w:r w:rsidRPr="00C955F9">
        <w:rPr>
          <w:sz w:val="21"/>
        </w:rPr>
        <w:t xml:space="preserve">, </w:t>
      </w:r>
      <w:proofErr w:type="spellStart"/>
      <w:r w:rsidRPr="00C955F9">
        <w:rPr>
          <w:sz w:val="21"/>
        </w:rPr>
        <w:t>ważny</w:t>
      </w:r>
      <w:proofErr w:type="spellEnd"/>
      <w:r w:rsidRPr="00C955F9">
        <w:rPr>
          <w:sz w:val="21"/>
        </w:rPr>
        <w:t xml:space="preserve"> </w:t>
      </w:r>
      <w:proofErr w:type="spellStart"/>
      <w:r w:rsidRPr="00C955F9">
        <w:rPr>
          <w:sz w:val="21"/>
        </w:rPr>
        <w:t>certyfikat</w:t>
      </w:r>
      <w:proofErr w:type="spellEnd"/>
      <w:r w:rsidRPr="00C955F9">
        <w:rPr>
          <w:sz w:val="21"/>
        </w:rPr>
        <w:t xml:space="preserve"> </w:t>
      </w:r>
      <w:proofErr w:type="spellStart"/>
      <w:r w:rsidRPr="00C955F9">
        <w:rPr>
          <w:sz w:val="21"/>
        </w:rPr>
        <w:t>zgodności</w:t>
      </w:r>
      <w:proofErr w:type="spellEnd"/>
      <w:r w:rsidRPr="00C955F9">
        <w:rPr>
          <w:sz w:val="21"/>
        </w:rPr>
        <w:t xml:space="preserve"> UE wydany przez jednostkę notyfikowaną, dokument pozwalający zweryfikować oznakowanie CE wraz z </w:t>
      </w:r>
      <w:proofErr w:type="spellStart"/>
      <w:r w:rsidRPr="00C955F9">
        <w:rPr>
          <w:sz w:val="21"/>
        </w:rPr>
        <w:t>numerem</w:t>
      </w:r>
      <w:proofErr w:type="spellEnd"/>
      <w:r w:rsidRPr="00C955F9">
        <w:rPr>
          <w:sz w:val="21"/>
        </w:rPr>
        <w:t xml:space="preserve"> </w:t>
      </w:r>
      <w:proofErr w:type="spellStart"/>
      <w:r w:rsidRPr="00C955F9">
        <w:rPr>
          <w:sz w:val="21"/>
        </w:rPr>
        <w:t>jednostki</w:t>
      </w:r>
      <w:proofErr w:type="spellEnd"/>
      <w:r w:rsidRPr="00C955F9">
        <w:rPr>
          <w:sz w:val="21"/>
        </w:rPr>
        <w:t xml:space="preserve"> </w:t>
      </w:r>
      <w:proofErr w:type="spellStart"/>
      <w:r w:rsidRPr="00C955F9">
        <w:rPr>
          <w:sz w:val="21"/>
        </w:rPr>
        <w:t>notyfikowanej</w:t>
      </w:r>
      <w:proofErr w:type="spellEnd"/>
      <w:r w:rsidRPr="00C955F9">
        <w:rPr>
          <w:sz w:val="21"/>
        </w:rPr>
        <w:t xml:space="preserve"> </w:t>
      </w:r>
      <w:proofErr w:type="spellStart"/>
      <w:r w:rsidRPr="00C955F9">
        <w:rPr>
          <w:sz w:val="21"/>
        </w:rPr>
        <w:t>oraz</w:t>
      </w:r>
      <w:proofErr w:type="spellEnd"/>
      <w:r w:rsidRPr="00C955F9">
        <w:rPr>
          <w:sz w:val="21"/>
        </w:rPr>
        <w:t xml:space="preserve"> </w:t>
      </w:r>
      <w:proofErr w:type="spellStart"/>
      <w:r w:rsidRPr="00C955F9">
        <w:rPr>
          <w:sz w:val="21"/>
        </w:rPr>
        <w:t>instrukcję</w:t>
      </w:r>
      <w:proofErr w:type="spellEnd"/>
      <w:r w:rsidRPr="00C955F9">
        <w:rPr>
          <w:sz w:val="21"/>
        </w:rPr>
        <w:t xml:space="preserve"> </w:t>
      </w:r>
      <w:proofErr w:type="spellStart"/>
      <w:r w:rsidRPr="00C955F9">
        <w:rPr>
          <w:sz w:val="21"/>
        </w:rPr>
        <w:t>używania</w:t>
      </w:r>
      <w:proofErr w:type="spellEnd"/>
      <w:r w:rsidRPr="00C955F9">
        <w:rPr>
          <w:sz w:val="21"/>
        </w:rPr>
        <w:t xml:space="preserve"> </w:t>
      </w:r>
      <w:proofErr w:type="spellStart"/>
      <w:r w:rsidRPr="00C955F9">
        <w:rPr>
          <w:sz w:val="21"/>
        </w:rPr>
        <w:t>i</w:t>
      </w:r>
      <w:proofErr w:type="spellEnd"/>
      <w:r w:rsidRPr="00C955F9">
        <w:rPr>
          <w:sz w:val="21"/>
        </w:rPr>
        <w:t xml:space="preserve"> </w:t>
      </w:r>
      <w:proofErr w:type="spellStart"/>
      <w:r w:rsidRPr="00C955F9">
        <w:rPr>
          <w:sz w:val="21"/>
        </w:rPr>
        <w:t>dokumentację</w:t>
      </w:r>
      <w:proofErr w:type="spellEnd"/>
      <w:r w:rsidRPr="00C955F9">
        <w:rPr>
          <w:sz w:val="21"/>
        </w:rPr>
        <w:t xml:space="preserve"> </w:t>
      </w:r>
      <w:proofErr w:type="spellStart"/>
      <w:r w:rsidRPr="00C955F9">
        <w:rPr>
          <w:sz w:val="21"/>
        </w:rPr>
        <w:t>użytkową</w:t>
      </w:r>
      <w:proofErr w:type="spellEnd"/>
      <w:r w:rsidRPr="00C955F9">
        <w:rPr>
          <w:sz w:val="21"/>
        </w:rPr>
        <w:t xml:space="preserve"> w </w:t>
      </w:r>
      <w:r w:rsidR="00C955F9" w:rsidRPr="00C955F9">
        <w:rPr>
          <w:sz w:val="21"/>
        </w:rPr>
        <w:t> </w:t>
      </w:r>
      <w:proofErr w:type="spellStart"/>
      <w:r w:rsidRPr="00C955F9">
        <w:rPr>
          <w:sz w:val="21"/>
        </w:rPr>
        <w:t>języku</w:t>
      </w:r>
      <w:proofErr w:type="spellEnd"/>
      <w:r w:rsidRPr="00C955F9">
        <w:rPr>
          <w:sz w:val="21"/>
        </w:rPr>
        <w:t xml:space="preserve"> </w:t>
      </w:r>
      <w:proofErr w:type="spellStart"/>
      <w:r w:rsidRPr="00C955F9">
        <w:rPr>
          <w:sz w:val="21"/>
        </w:rPr>
        <w:t>polskim</w:t>
      </w:r>
      <w:proofErr w:type="spellEnd"/>
      <w:r w:rsidRPr="00C955F9">
        <w:rPr>
          <w:sz w:val="21"/>
        </w:rPr>
        <w:t>.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lastRenderedPageBreak/>
        <w:t xml:space="preserve">2. </w:t>
      </w:r>
      <w:r>
        <w:rPr>
          <w:sz w:val="21"/>
        </w:rPr>
        <w:t xml:space="preserve">W przypadku stwierdzenia braków lub niezgodności Zamawiający wyznaczy Wykonawcy odpowiedni termin </w:t>
      </w:r>
      <w:proofErr w:type="gramStart"/>
      <w:r>
        <w:rPr>
          <w:sz w:val="21"/>
        </w:rPr>
        <w:t>na</w:t>
      </w:r>
      <w:proofErr w:type="gramEnd"/>
      <w:r>
        <w:rPr>
          <w:sz w:val="21"/>
        </w:rPr>
        <w:t xml:space="preserve"> ich usunięcie lub wymianę urządzeń.</w:t>
      </w:r>
    </w:p>
    <w:p w:rsidR="00CC5CAE" w:rsidRDefault="00B57AB0" w:rsidP="00C955F9">
      <w:pPr>
        <w:keepNext/>
        <w:spacing w:before="100" w:after="60"/>
        <w:jc w:val="center"/>
      </w:pPr>
      <w:proofErr w:type="gramStart"/>
      <w:r>
        <w:rPr>
          <w:b/>
          <w:sz w:val="21"/>
        </w:rPr>
        <w:t>§ 6.</w:t>
      </w:r>
      <w:proofErr w:type="gramEnd"/>
      <w:r>
        <w:rPr>
          <w:b/>
          <w:sz w:val="21"/>
        </w:rPr>
        <w:t xml:space="preserve"> Ochrona danych osobowych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1. </w:t>
      </w:r>
      <w:proofErr w:type="spellStart"/>
      <w:r>
        <w:rPr>
          <w:sz w:val="21"/>
        </w:rPr>
        <w:t>Administratorem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danych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osobowych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beneficjentów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Programu</w:t>
      </w:r>
      <w:proofErr w:type="spellEnd"/>
      <w:r>
        <w:rPr>
          <w:sz w:val="21"/>
        </w:rPr>
        <w:t xml:space="preserve"> jest </w:t>
      </w:r>
      <w:proofErr w:type="spellStart"/>
      <w:r>
        <w:rPr>
          <w:sz w:val="21"/>
        </w:rPr>
        <w:t>Ośrodek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Pomocy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Społecznej</w:t>
      </w:r>
      <w:proofErr w:type="spellEnd"/>
      <w:r>
        <w:rPr>
          <w:sz w:val="21"/>
        </w:rPr>
        <w:t xml:space="preserve"> </w:t>
      </w:r>
      <w:proofErr w:type="gramStart"/>
      <w:r>
        <w:rPr>
          <w:sz w:val="21"/>
        </w:rPr>
        <w:t xml:space="preserve">w </w:t>
      </w:r>
      <w:r w:rsidR="00C955F9">
        <w:rPr>
          <w:sz w:val="21"/>
        </w:rPr>
        <w:t> </w:t>
      </w:r>
      <w:proofErr w:type="spellStart"/>
      <w:r>
        <w:rPr>
          <w:sz w:val="21"/>
        </w:rPr>
        <w:t>Czarnem</w:t>
      </w:r>
      <w:proofErr w:type="spellEnd"/>
      <w:proofErr w:type="gramEnd"/>
      <w:r>
        <w:rPr>
          <w:sz w:val="21"/>
        </w:rPr>
        <w:t>.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2. </w:t>
      </w:r>
      <w:r>
        <w:rPr>
          <w:sz w:val="21"/>
        </w:rPr>
        <w:t>Przed przekazaniem danych beneficjentów strony zawrą umowę powierzenia przetwarzania danych osobowych stanowiącą załącznik do niniejszej umowy.</w:t>
      </w:r>
    </w:p>
    <w:p w:rsidR="00CC5CAE" w:rsidRDefault="00B57AB0" w:rsidP="00C955F9">
      <w:pPr>
        <w:keepNext/>
        <w:spacing w:before="100" w:after="60"/>
        <w:jc w:val="center"/>
      </w:pPr>
      <w:proofErr w:type="gramStart"/>
      <w:r>
        <w:rPr>
          <w:b/>
          <w:sz w:val="21"/>
        </w:rPr>
        <w:t>§ 7.</w:t>
      </w:r>
      <w:proofErr w:type="gramEnd"/>
      <w:r>
        <w:rPr>
          <w:b/>
          <w:sz w:val="21"/>
        </w:rPr>
        <w:t xml:space="preserve"> Odpowiedzialność</w:t>
      </w:r>
    </w:p>
    <w:p w:rsidR="00CC5CAE" w:rsidRDefault="00B57AB0">
      <w:pPr>
        <w:spacing w:after="40"/>
        <w:ind w:left="312" w:hanging="312"/>
        <w:jc w:val="both"/>
      </w:pPr>
      <w:proofErr w:type="gramStart"/>
      <w:r>
        <w:rPr>
          <w:b/>
          <w:sz w:val="21"/>
        </w:rPr>
        <w:t xml:space="preserve">1. </w:t>
      </w:r>
      <w:r>
        <w:rPr>
          <w:sz w:val="21"/>
        </w:rPr>
        <w:t>Wykonawca odpowiada za prawidłowe i terminowe wykonanie umowy oraz za działania i zaniechania osób, którymi posługuje się przy jej realizacji.</w:t>
      </w:r>
      <w:proofErr w:type="gramEnd"/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2. </w:t>
      </w:r>
      <w:r>
        <w:rPr>
          <w:sz w:val="21"/>
        </w:rPr>
        <w:t>Za zwłokę w dostawie opasek Zamawiający może naliczyć karę umowną w wysokości 0</w:t>
      </w:r>
      <w:proofErr w:type="gramStart"/>
      <w:r>
        <w:rPr>
          <w:sz w:val="21"/>
        </w:rPr>
        <w:t>,5</w:t>
      </w:r>
      <w:proofErr w:type="gramEnd"/>
      <w:r>
        <w:rPr>
          <w:sz w:val="21"/>
        </w:rPr>
        <w:t>% wartości brutto dostawy opasek za każdy dzień zwłoki.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3. </w:t>
      </w:r>
      <w:r>
        <w:rPr>
          <w:sz w:val="21"/>
        </w:rPr>
        <w:t xml:space="preserve">Za odstąpienie </w:t>
      </w:r>
      <w:proofErr w:type="gramStart"/>
      <w:r>
        <w:rPr>
          <w:sz w:val="21"/>
        </w:rPr>
        <w:t>od</w:t>
      </w:r>
      <w:proofErr w:type="gramEnd"/>
      <w:r>
        <w:rPr>
          <w:sz w:val="21"/>
        </w:rPr>
        <w:t xml:space="preserve"> umowy z przyczyn leżących po stronie Wykonawcy Zamawiający może naliczyć karę umowną w wysokości 10% maksymalnej wartości brutto umowy.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4. </w:t>
      </w:r>
      <w:r>
        <w:rPr>
          <w:sz w:val="21"/>
        </w:rPr>
        <w:t>W przypadku powtarzającego się niedotrzymywania zadeklarowanego czasu podjęcia obsługi zgłoszeń SOS Zamawiający może wezwać Wykonawcę do niezwłocznego usunięcia nieprawidłowości, a w razie ich dalszego występowania – rozwiązać umowę ze skutkiem natychmiastowym.</w:t>
      </w:r>
    </w:p>
    <w:p w:rsidR="00CC5CAE" w:rsidRDefault="00B57AB0" w:rsidP="00C955F9">
      <w:pPr>
        <w:keepNext/>
        <w:spacing w:before="100" w:after="60"/>
        <w:jc w:val="center"/>
      </w:pPr>
      <w:proofErr w:type="gramStart"/>
      <w:r>
        <w:rPr>
          <w:b/>
          <w:sz w:val="21"/>
        </w:rPr>
        <w:t>§ 8.</w:t>
      </w:r>
      <w:proofErr w:type="gramEnd"/>
      <w:r>
        <w:rPr>
          <w:b/>
          <w:sz w:val="21"/>
        </w:rPr>
        <w:t xml:space="preserve"> Postanowienia końcowe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1. </w:t>
      </w:r>
      <w:r>
        <w:rPr>
          <w:sz w:val="21"/>
        </w:rPr>
        <w:t xml:space="preserve">Zmiany </w:t>
      </w:r>
      <w:proofErr w:type="spellStart"/>
      <w:r>
        <w:rPr>
          <w:sz w:val="21"/>
        </w:rPr>
        <w:t>umowy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wymagają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formy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pisemnej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lub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dokumentowej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zaakceptowanej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obie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strony</w:t>
      </w:r>
      <w:proofErr w:type="spellEnd"/>
      <w:r>
        <w:rPr>
          <w:sz w:val="21"/>
        </w:rPr>
        <w:t xml:space="preserve">, </w:t>
      </w:r>
      <w:proofErr w:type="gramStart"/>
      <w:r>
        <w:rPr>
          <w:sz w:val="21"/>
        </w:rPr>
        <w:t xml:space="preserve">z </w:t>
      </w:r>
      <w:r w:rsidR="00C955F9">
        <w:rPr>
          <w:sz w:val="21"/>
        </w:rPr>
        <w:t> </w:t>
      </w:r>
      <w:proofErr w:type="spellStart"/>
      <w:r>
        <w:rPr>
          <w:sz w:val="21"/>
        </w:rPr>
        <w:t>wyjątkiem</w:t>
      </w:r>
      <w:proofErr w:type="spellEnd"/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zmian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danych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kontaktowych</w:t>
      </w:r>
      <w:proofErr w:type="spellEnd"/>
      <w:r>
        <w:rPr>
          <w:sz w:val="21"/>
        </w:rPr>
        <w:t>.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2. </w:t>
      </w:r>
      <w:r>
        <w:rPr>
          <w:sz w:val="21"/>
        </w:rPr>
        <w:t xml:space="preserve">W </w:t>
      </w:r>
      <w:proofErr w:type="spellStart"/>
      <w:r>
        <w:rPr>
          <w:sz w:val="21"/>
        </w:rPr>
        <w:t>sprawach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nieuregulowanych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umową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stosuje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się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przepisy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Kodeksu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cywilnego</w:t>
      </w:r>
      <w:proofErr w:type="spellEnd"/>
      <w:r>
        <w:rPr>
          <w:sz w:val="21"/>
        </w:rPr>
        <w:t xml:space="preserve">, RODO, </w:t>
      </w:r>
      <w:proofErr w:type="spellStart"/>
      <w:r>
        <w:rPr>
          <w:sz w:val="21"/>
        </w:rPr>
        <w:t>ustawy</w:t>
      </w:r>
      <w:proofErr w:type="spellEnd"/>
      <w:r>
        <w:rPr>
          <w:sz w:val="21"/>
        </w:rPr>
        <w:t xml:space="preserve"> </w:t>
      </w:r>
      <w:proofErr w:type="gramStart"/>
      <w:r>
        <w:rPr>
          <w:sz w:val="21"/>
        </w:rPr>
        <w:t xml:space="preserve">o </w:t>
      </w:r>
      <w:r w:rsidR="00C955F9">
        <w:rPr>
          <w:sz w:val="21"/>
        </w:rPr>
        <w:t> </w:t>
      </w:r>
      <w:proofErr w:type="spellStart"/>
      <w:r>
        <w:rPr>
          <w:sz w:val="21"/>
        </w:rPr>
        <w:t>ochronie</w:t>
      </w:r>
      <w:proofErr w:type="spellEnd"/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danych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osobowych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oraz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właściwe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przepisy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prawa</w:t>
      </w:r>
      <w:proofErr w:type="spellEnd"/>
      <w:r>
        <w:rPr>
          <w:sz w:val="21"/>
        </w:rPr>
        <w:t>.</w:t>
      </w:r>
    </w:p>
    <w:p w:rsidR="00CC5CAE" w:rsidRDefault="00B57AB0">
      <w:pPr>
        <w:spacing w:after="40"/>
        <w:ind w:left="312" w:hanging="312"/>
        <w:jc w:val="both"/>
        <w:rPr>
          <w:sz w:val="21"/>
        </w:rPr>
      </w:pPr>
      <w:proofErr w:type="gramStart"/>
      <w:r>
        <w:rPr>
          <w:b/>
          <w:sz w:val="21"/>
        </w:rPr>
        <w:t xml:space="preserve">3. </w:t>
      </w:r>
      <w:proofErr w:type="spellStart"/>
      <w:r>
        <w:rPr>
          <w:sz w:val="21"/>
        </w:rPr>
        <w:t>Umowę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sporządzono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dwóch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jednobrzmiących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egzemplarzach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po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jednym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dla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każdej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stron</w:t>
      </w:r>
      <w:proofErr w:type="spellEnd"/>
      <w:r>
        <w:rPr>
          <w:sz w:val="21"/>
        </w:rPr>
        <w:t>.</w:t>
      </w:r>
      <w:proofErr w:type="gramEnd"/>
    </w:p>
    <w:p w:rsidR="00C955F9" w:rsidRDefault="00C955F9">
      <w:pPr>
        <w:spacing w:after="40"/>
        <w:ind w:left="312" w:hanging="312"/>
        <w:jc w:val="both"/>
      </w:pPr>
    </w:p>
    <w:p w:rsidR="00C955F9" w:rsidRDefault="00C955F9">
      <w:pPr>
        <w:spacing w:after="40"/>
        <w:ind w:left="312" w:hanging="312"/>
        <w:jc w:val="both"/>
      </w:pPr>
    </w:p>
    <w:p w:rsidR="00C955F9" w:rsidRDefault="00C955F9">
      <w:pPr>
        <w:spacing w:after="40"/>
        <w:ind w:left="312" w:hanging="312"/>
        <w:jc w:val="both"/>
      </w:pPr>
    </w:p>
    <w:p w:rsidR="00C955F9" w:rsidRDefault="00C955F9">
      <w:pPr>
        <w:spacing w:after="40"/>
        <w:ind w:left="312" w:hanging="312"/>
        <w:jc w:val="both"/>
      </w:pPr>
    </w:p>
    <w:p w:rsidR="00C955F9" w:rsidRDefault="00C955F9">
      <w:pPr>
        <w:spacing w:after="40"/>
        <w:ind w:left="312" w:hanging="312"/>
        <w:jc w:val="both"/>
      </w:pPr>
    </w:p>
    <w:p w:rsidR="00C955F9" w:rsidRDefault="00C955F9">
      <w:pPr>
        <w:spacing w:after="40"/>
        <w:ind w:left="312" w:hanging="312"/>
        <w:jc w:val="both"/>
      </w:pPr>
    </w:p>
    <w:p w:rsidR="00C955F9" w:rsidRDefault="00C955F9">
      <w:pPr>
        <w:spacing w:after="40"/>
        <w:ind w:left="312" w:hanging="312"/>
        <w:jc w:val="both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7"/>
        <w:gridCol w:w="4957"/>
      </w:tblGrid>
      <w:tr w:rsidR="00CC5CAE">
        <w:trPr>
          <w:jc w:val="center"/>
        </w:trPr>
        <w:tc>
          <w:tcPr>
            <w:tcW w:w="4957" w:type="dxa"/>
          </w:tcPr>
          <w:p w:rsidR="00CC5CAE" w:rsidRDefault="00B57AB0">
            <w:pPr>
              <w:jc w:val="center"/>
            </w:pPr>
            <w:r>
              <w:rPr>
                <w:b/>
                <w:sz w:val="21"/>
              </w:rPr>
              <w:t>ZAMAWIAJĄCY</w:t>
            </w:r>
          </w:p>
        </w:tc>
        <w:tc>
          <w:tcPr>
            <w:tcW w:w="4957" w:type="dxa"/>
          </w:tcPr>
          <w:p w:rsidR="00CC5CAE" w:rsidRDefault="00B57AB0">
            <w:pPr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WYKONAWCA</w:t>
            </w:r>
          </w:p>
          <w:p w:rsidR="00C955F9" w:rsidRDefault="00C955F9">
            <w:pPr>
              <w:jc w:val="center"/>
              <w:rPr>
                <w:b/>
                <w:sz w:val="21"/>
              </w:rPr>
            </w:pPr>
          </w:p>
          <w:p w:rsidR="00C955F9" w:rsidRDefault="00C955F9">
            <w:pPr>
              <w:jc w:val="center"/>
              <w:rPr>
                <w:b/>
                <w:sz w:val="21"/>
              </w:rPr>
            </w:pPr>
          </w:p>
          <w:p w:rsidR="00C955F9" w:rsidRDefault="00C955F9">
            <w:pPr>
              <w:jc w:val="center"/>
              <w:rPr>
                <w:b/>
                <w:sz w:val="21"/>
              </w:rPr>
            </w:pPr>
          </w:p>
          <w:p w:rsidR="00C955F9" w:rsidRDefault="00C955F9">
            <w:pPr>
              <w:jc w:val="center"/>
            </w:pPr>
          </w:p>
        </w:tc>
      </w:tr>
      <w:tr w:rsidR="00CC5CAE">
        <w:trPr>
          <w:jc w:val="center"/>
        </w:trPr>
        <w:tc>
          <w:tcPr>
            <w:tcW w:w="4957" w:type="dxa"/>
          </w:tcPr>
          <w:p w:rsidR="00CC5CAE" w:rsidRDefault="00B57AB0">
            <w:pPr>
              <w:jc w:val="center"/>
            </w:pPr>
            <w:r>
              <w:rPr>
                <w:sz w:val="21"/>
              </w:rPr>
              <w:t>........................................................</w:t>
            </w:r>
          </w:p>
        </w:tc>
        <w:tc>
          <w:tcPr>
            <w:tcW w:w="4957" w:type="dxa"/>
          </w:tcPr>
          <w:p w:rsidR="00CC5CAE" w:rsidRDefault="00B57AB0">
            <w:pPr>
              <w:jc w:val="center"/>
            </w:pPr>
            <w:r>
              <w:rPr>
                <w:sz w:val="21"/>
              </w:rPr>
              <w:t>........................................................</w:t>
            </w:r>
          </w:p>
        </w:tc>
      </w:tr>
    </w:tbl>
    <w:p w:rsidR="00CC5CAE" w:rsidRDefault="00B57AB0">
      <w:r>
        <w:br w:type="page"/>
      </w:r>
    </w:p>
    <w:p w:rsidR="00CC5CAE" w:rsidRDefault="00B57AB0">
      <w:pPr>
        <w:spacing w:after="60"/>
        <w:jc w:val="right"/>
      </w:pPr>
      <w:r>
        <w:rPr>
          <w:sz w:val="21"/>
        </w:rPr>
        <w:lastRenderedPageBreak/>
        <w:t>Załącznik nr 6 do zapytania ofertowego / załącznik do umowy</w:t>
      </w:r>
    </w:p>
    <w:p w:rsidR="00C955F9" w:rsidRDefault="00C955F9">
      <w:pPr>
        <w:spacing w:after="160"/>
        <w:jc w:val="center"/>
        <w:rPr>
          <w:b/>
          <w:sz w:val="26"/>
        </w:rPr>
      </w:pPr>
    </w:p>
    <w:p w:rsidR="00CC5CAE" w:rsidRDefault="00B57AB0">
      <w:pPr>
        <w:spacing w:after="160"/>
        <w:jc w:val="center"/>
      </w:pPr>
      <w:r>
        <w:rPr>
          <w:b/>
          <w:sz w:val="26"/>
        </w:rPr>
        <w:t>PROJEKT UMOWY POWIERZENIA PRZETWARZANIA DANYCH OSOBOWYCH</w:t>
      </w:r>
    </w:p>
    <w:p w:rsidR="00F53299" w:rsidRDefault="00B57AB0">
      <w:pPr>
        <w:spacing w:after="60"/>
        <w:jc w:val="both"/>
        <w:rPr>
          <w:sz w:val="21"/>
        </w:rPr>
      </w:pPr>
      <w:proofErr w:type="gramStart"/>
      <w:r>
        <w:rPr>
          <w:sz w:val="21"/>
        </w:rPr>
        <w:t>zawartej</w:t>
      </w:r>
      <w:proofErr w:type="gramEnd"/>
      <w:r>
        <w:rPr>
          <w:sz w:val="21"/>
        </w:rPr>
        <w:t xml:space="preserve"> pomiędzy Ośrodkiem Pomocy Społecznej w Czarnem, zwanym dalej „Administratorem”, </w:t>
      </w:r>
    </w:p>
    <w:p w:rsidR="00F53299" w:rsidRDefault="00F53299">
      <w:pPr>
        <w:spacing w:after="60"/>
        <w:jc w:val="both"/>
        <w:rPr>
          <w:sz w:val="21"/>
        </w:rPr>
      </w:pPr>
    </w:p>
    <w:p w:rsidR="00CC5CAE" w:rsidRDefault="00B57AB0">
      <w:pPr>
        <w:spacing w:after="60"/>
        <w:jc w:val="both"/>
      </w:pPr>
      <w:proofErr w:type="gramStart"/>
      <w:r>
        <w:rPr>
          <w:sz w:val="21"/>
        </w:rPr>
        <w:t>a</w:t>
      </w:r>
      <w:proofErr w:type="gramEnd"/>
      <w:r>
        <w:rPr>
          <w:sz w:val="21"/>
        </w:rPr>
        <w:t xml:space="preserve"> </w:t>
      </w:r>
      <w:r w:rsidR="00C955F9">
        <w:rPr>
          <w:sz w:val="21"/>
        </w:rPr>
        <w:t> </w:t>
      </w:r>
      <w:r>
        <w:rPr>
          <w:sz w:val="21"/>
        </w:rPr>
        <w:t>...................................................................................., zwanym dalej „Podmiotem przetwarzającym”.</w:t>
      </w:r>
    </w:p>
    <w:p w:rsidR="00F53299" w:rsidRDefault="00F53299" w:rsidP="00C955F9">
      <w:pPr>
        <w:keepNext/>
        <w:spacing w:before="100" w:after="60"/>
        <w:jc w:val="center"/>
        <w:rPr>
          <w:b/>
          <w:sz w:val="21"/>
        </w:rPr>
      </w:pPr>
    </w:p>
    <w:p w:rsidR="00CC5CAE" w:rsidRDefault="00B57AB0" w:rsidP="00C955F9">
      <w:pPr>
        <w:keepNext/>
        <w:spacing w:before="100" w:after="60"/>
        <w:jc w:val="center"/>
      </w:pPr>
      <w:proofErr w:type="gramStart"/>
      <w:r>
        <w:rPr>
          <w:b/>
          <w:sz w:val="21"/>
        </w:rPr>
        <w:t>§ 1.</w:t>
      </w:r>
      <w:proofErr w:type="gramEnd"/>
      <w:r>
        <w:rPr>
          <w:b/>
          <w:sz w:val="21"/>
        </w:rPr>
        <w:t xml:space="preserve"> Przedmiot i cel powierzenia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1. </w:t>
      </w:r>
      <w:r>
        <w:rPr>
          <w:sz w:val="21"/>
        </w:rPr>
        <w:t xml:space="preserve">Administrator powierza Podmiotowi przetwarzającemu </w:t>
      </w:r>
      <w:proofErr w:type="gramStart"/>
      <w:r>
        <w:rPr>
          <w:sz w:val="21"/>
        </w:rPr>
        <w:t>dane</w:t>
      </w:r>
      <w:proofErr w:type="gramEnd"/>
      <w:r>
        <w:rPr>
          <w:sz w:val="21"/>
        </w:rPr>
        <w:t xml:space="preserve"> osobowe w zakresie niezbędnym do świadczenia usługi teleopieki i obsługi centrum monitoringu w ramach Programu „Korpus Wsparcia Seniorów” na rok 2026 – Moduł II.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2. </w:t>
      </w:r>
      <w:r>
        <w:rPr>
          <w:sz w:val="21"/>
        </w:rPr>
        <w:t xml:space="preserve">Powierzenie następuje </w:t>
      </w:r>
      <w:proofErr w:type="gramStart"/>
      <w:r>
        <w:rPr>
          <w:sz w:val="21"/>
        </w:rPr>
        <w:t>na</w:t>
      </w:r>
      <w:proofErr w:type="gramEnd"/>
      <w:r>
        <w:rPr>
          <w:sz w:val="21"/>
        </w:rPr>
        <w:t xml:space="preserve"> czas obowiązywania umowy głównej oraz przez okres niezbędny do zwrotu lub usunięcia danych po jej zakończeniu.</w:t>
      </w:r>
    </w:p>
    <w:p w:rsidR="00CC5CAE" w:rsidRDefault="00B57AB0" w:rsidP="00C955F9">
      <w:pPr>
        <w:keepNext/>
        <w:spacing w:before="100" w:after="60"/>
        <w:jc w:val="center"/>
      </w:pPr>
      <w:proofErr w:type="gramStart"/>
      <w:r>
        <w:rPr>
          <w:b/>
          <w:sz w:val="21"/>
        </w:rPr>
        <w:t>§ 2.</w:t>
      </w:r>
      <w:proofErr w:type="gramEnd"/>
      <w:r>
        <w:rPr>
          <w:b/>
          <w:sz w:val="21"/>
        </w:rPr>
        <w:t xml:space="preserve"> Zakres danych i kategorie osób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1. </w:t>
      </w:r>
      <w:r>
        <w:rPr>
          <w:sz w:val="21"/>
        </w:rPr>
        <w:t>Dane dotyczą beneficjentów Programu oraz osób wskazanych przez beneficjentów do kontaktu.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2. </w:t>
      </w:r>
      <w:r>
        <w:rPr>
          <w:sz w:val="21"/>
        </w:rPr>
        <w:t xml:space="preserve">Zakres danych może obejmować w szczególności: imię i nazwisko, adres, numer telefonu, </w:t>
      </w:r>
      <w:proofErr w:type="gramStart"/>
      <w:r>
        <w:rPr>
          <w:sz w:val="21"/>
        </w:rPr>
        <w:t>dane</w:t>
      </w:r>
      <w:proofErr w:type="gramEnd"/>
      <w:r>
        <w:rPr>
          <w:sz w:val="21"/>
        </w:rPr>
        <w:t xml:space="preserve"> osób kontaktowych, identyfikator urządzenia, dane lokalizacyjne GPS, treść i historię zgłoszeń alarmowych oraz – jeżeli urządzenie je przekazuje – dane dotyczące pulsu, saturacji i innych informacji związanych ze stanem zdrowia.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3. </w:t>
      </w:r>
      <w:r>
        <w:rPr>
          <w:sz w:val="21"/>
        </w:rPr>
        <w:t xml:space="preserve">Powierzone </w:t>
      </w:r>
      <w:proofErr w:type="gramStart"/>
      <w:r>
        <w:rPr>
          <w:sz w:val="21"/>
        </w:rPr>
        <w:t>dane</w:t>
      </w:r>
      <w:proofErr w:type="gramEnd"/>
      <w:r>
        <w:rPr>
          <w:sz w:val="21"/>
        </w:rPr>
        <w:t xml:space="preserve"> mogą obejmować szczególne kategorie danych, o których mowa w art. 9 RODO, </w:t>
      </w:r>
      <w:proofErr w:type="gramStart"/>
      <w:r>
        <w:rPr>
          <w:sz w:val="21"/>
        </w:rPr>
        <w:t xml:space="preserve">w </w:t>
      </w:r>
      <w:r w:rsidR="00C955F9">
        <w:rPr>
          <w:sz w:val="21"/>
        </w:rPr>
        <w:t> </w:t>
      </w:r>
      <w:proofErr w:type="spellStart"/>
      <w:r>
        <w:rPr>
          <w:sz w:val="21"/>
        </w:rPr>
        <w:t>szczególności</w:t>
      </w:r>
      <w:proofErr w:type="spellEnd"/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dane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dotyczące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zdrowia</w:t>
      </w:r>
      <w:proofErr w:type="spellEnd"/>
      <w:r>
        <w:rPr>
          <w:sz w:val="21"/>
        </w:rPr>
        <w:t>.</w:t>
      </w:r>
    </w:p>
    <w:p w:rsidR="00CC5CAE" w:rsidRDefault="00B57AB0" w:rsidP="00C955F9">
      <w:pPr>
        <w:keepNext/>
        <w:spacing w:before="100" w:after="60"/>
        <w:jc w:val="center"/>
      </w:pPr>
      <w:proofErr w:type="gramStart"/>
      <w:r>
        <w:rPr>
          <w:b/>
          <w:sz w:val="21"/>
        </w:rPr>
        <w:t>§ 3.</w:t>
      </w:r>
      <w:proofErr w:type="gramEnd"/>
      <w:r>
        <w:rPr>
          <w:b/>
          <w:sz w:val="21"/>
        </w:rPr>
        <w:t xml:space="preserve"> Zasady przetwarzania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1. </w:t>
      </w:r>
      <w:r>
        <w:rPr>
          <w:sz w:val="21"/>
        </w:rPr>
        <w:t xml:space="preserve">Podmiot przetwarzający przetwarza </w:t>
      </w:r>
      <w:proofErr w:type="gramStart"/>
      <w:r>
        <w:rPr>
          <w:sz w:val="21"/>
        </w:rPr>
        <w:t>dane</w:t>
      </w:r>
      <w:proofErr w:type="gramEnd"/>
      <w:r>
        <w:rPr>
          <w:sz w:val="21"/>
        </w:rPr>
        <w:t xml:space="preserve"> wyłącznie na udokumentowane polecenie Administratora i tylko w celu wykonania umowy głównej;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2. </w:t>
      </w:r>
      <w:proofErr w:type="gramStart"/>
      <w:r>
        <w:rPr>
          <w:sz w:val="21"/>
        </w:rPr>
        <w:t>do</w:t>
      </w:r>
      <w:proofErr w:type="gramEnd"/>
      <w:r>
        <w:rPr>
          <w:sz w:val="21"/>
        </w:rPr>
        <w:t xml:space="preserve"> danych mogą mieć dostęp wyłącznie osoby upoważnione i zobowiązane do zachowania poufności;</w:t>
      </w:r>
    </w:p>
    <w:p w:rsidR="00CC5CAE" w:rsidRDefault="00B57AB0">
      <w:pPr>
        <w:spacing w:after="40"/>
        <w:ind w:left="312" w:hanging="312"/>
        <w:jc w:val="both"/>
      </w:pPr>
      <w:proofErr w:type="gramStart"/>
      <w:r>
        <w:rPr>
          <w:b/>
          <w:sz w:val="21"/>
        </w:rPr>
        <w:t xml:space="preserve">3. </w:t>
      </w:r>
      <w:r>
        <w:rPr>
          <w:sz w:val="21"/>
        </w:rPr>
        <w:t>Podmiot przetwarzający wdroży odpowiednie środki techniczne i organizacyjne zgodnie z art.</w:t>
      </w:r>
      <w:proofErr w:type="gramEnd"/>
      <w:r>
        <w:rPr>
          <w:sz w:val="21"/>
        </w:rPr>
        <w:t xml:space="preserve"> 32 RODO, odpowiednie do ryzyka i charakteru danych;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4. </w:t>
      </w:r>
      <w:proofErr w:type="gramStart"/>
      <w:r>
        <w:rPr>
          <w:sz w:val="21"/>
        </w:rPr>
        <w:t>dane</w:t>
      </w:r>
      <w:proofErr w:type="gramEnd"/>
      <w:r>
        <w:rPr>
          <w:sz w:val="21"/>
        </w:rPr>
        <w:t xml:space="preserve"> nie mogą być wykorzystywane do celów własnych Podmiotu przetwarzającego, w szczególności do reklamy, profilowania lub tworzenia baz klientów;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5. </w:t>
      </w:r>
      <w:proofErr w:type="spellStart"/>
      <w:proofErr w:type="gramStart"/>
      <w:r>
        <w:rPr>
          <w:sz w:val="21"/>
        </w:rPr>
        <w:t>przekazywanie</w:t>
      </w:r>
      <w:proofErr w:type="spellEnd"/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danych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poza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Europejski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Obszar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Gospodarczy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może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nastąpić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wyłącznie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zgodnie</w:t>
      </w:r>
      <w:proofErr w:type="spellEnd"/>
      <w:r>
        <w:rPr>
          <w:sz w:val="21"/>
        </w:rPr>
        <w:t xml:space="preserve"> z </w:t>
      </w:r>
      <w:r w:rsidR="00C955F9">
        <w:rPr>
          <w:sz w:val="21"/>
        </w:rPr>
        <w:t> </w:t>
      </w:r>
      <w:proofErr w:type="spellStart"/>
      <w:r>
        <w:rPr>
          <w:sz w:val="21"/>
        </w:rPr>
        <w:t>rozdziałem</w:t>
      </w:r>
      <w:proofErr w:type="spellEnd"/>
      <w:r>
        <w:rPr>
          <w:sz w:val="21"/>
        </w:rPr>
        <w:t xml:space="preserve"> V RODO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uprzednim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poinformowaniu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Administratora</w:t>
      </w:r>
      <w:proofErr w:type="spellEnd"/>
      <w:r>
        <w:rPr>
          <w:sz w:val="21"/>
        </w:rPr>
        <w:t>.</w:t>
      </w:r>
    </w:p>
    <w:p w:rsidR="00CC5CAE" w:rsidRDefault="00B57AB0" w:rsidP="00C955F9">
      <w:pPr>
        <w:keepNext/>
        <w:spacing w:before="100" w:after="60"/>
        <w:jc w:val="center"/>
      </w:pPr>
      <w:proofErr w:type="gramStart"/>
      <w:r>
        <w:rPr>
          <w:b/>
          <w:sz w:val="21"/>
        </w:rPr>
        <w:t>§ 4.</w:t>
      </w:r>
      <w:proofErr w:type="gramEnd"/>
      <w:r>
        <w:rPr>
          <w:b/>
          <w:sz w:val="21"/>
        </w:rPr>
        <w:t xml:space="preserve"> Dalsze powierzenie</w:t>
      </w:r>
    </w:p>
    <w:p w:rsidR="00CC5CAE" w:rsidRDefault="00B57AB0">
      <w:pPr>
        <w:spacing w:after="40"/>
        <w:ind w:left="312" w:hanging="312"/>
        <w:jc w:val="both"/>
      </w:pPr>
      <w:proofErr w:type="gramStart"/>
      <w:r>
        <w:rPr>
          <w:b/>
          <w:sz w:val="21"/>
        </w:rPr>
        <w:t xml:space="preserve">1. </w:t>
      </w:r>
      <w:r>
        <w:rPr>
          <w:sz w:val="21"/>
        </w:rPr>
        <w:t>Podmiot przetwarzający może korzystać z dalszych podmiotów przetwarzających wyłącznie po uprzedniej pisemnej zgodzie Administratora.</w:t>
      </w:r>
      <w:proofErr w:type="gramEnd"/>
    </w:p>
    <w:p w:rsidR="00CC5CAE" w:rsidRDefault="00B57AB0">
      <w:pPr>
        <w:spacing w:after="40"/>
        <w:ind w:left="312" w:hanging="312"/>
        <w:jc w:val="both"/>
      </w:pPr>
      <w:proofErr w:type="gramStart"/>
      <w:r>
        <w:rPr>
          <w:b/>
          <w:sz w:val="21"/>
        </w:rPr>
        <w:t xml:space="preserve">2. </w:t>
      </w:r>
      <w:r>
        <w:rPr>
          <w:sz w:val="21"/>
        </w:rPr>
        <w:t>Na dalszy podmiot przetwarzający muszą zostać nałożone co najmniej takie same obowiązki w zakresie ochrony danych, jakie wynikają z niniejszej umowy.</w:t>
      </w:r>
      <w:proofErr w:type="gramEnd"/>
    </w:p>
    <w:p w:rsidR="00CC5CAE" w:rsidRDefault="00B57AB0" w:rsidP="00C955F9">
      <w:pPr>
        <w:keepNext/>
        <w:spacing w:before="100" w:after="60"/>
        <w:jc w:val="center"/>
      </w:pPr>
      <w:proofErr w:type="gramStart"/>
      <w:r>
        <w:rPr>
          <w:b/>
          <w:sz w:val="21"/>
        </w:rPr>
        <w:t>§ 5.</w:t>
      </w:r>
      <w:proofErr w:type="gramEnd"/>
      <w:r>
        <w:rPr>
          <w:b/>
          <w:sz w:val="21"/>
        </w:rPr>
        <w:t xml:space="preserve"> Naruszenia i współpraca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1. </w:t>
      </w:r>
      <w:r>
        <w:rPr>
          <w:sz w:val="21"/>
        </w:rPr>
        <w:t xml:space="preserve">Podmiot przetwarzający poinformuje Administratora o stwierdzonym naruszeniu ochrony danych bez zbędnej zwłoki, nie później niż w ciągu 24 godzin </w:t>
      </w:r>
      <w:proofErr w:type="gramStart"/>
      <w:r>
        <w:rPr>
          <w:sz w:val="21"/>
        </w:rPr>
        <w:t>od</w:t>
      </w:r>
      <w:proofErr w:type="gramEnd"/>
      <w:r>
        <w:rPr>
          <w:sz w:val="21"/>
        </w:rPr>
        <w:t xml:space="preserve"> jego stwierdzenia, przekazując informacje pozwalające Administratorowi wykonać obowiązki wynikające z art. </w:t>
      </w:r>
      <w:proofErr w:type="gramStart"/>
      <w:r>
        <w:rPr>
          <w:sz w:val="21"/>
        </w:rPr>
        <w:t>33</w:t>
      </w:r>
      <w:proofErr w:type="gramEnd"/>
      <w:r>
        <w:rPr>
          <w:sz w:val="21"/>
        </w:rPr>
        <w:t xml:space="preserve"> i 34 RODO.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2. </w:t>
      </w:r>
      <w:r>
        <w:rPr>
          <w:sz w:val="21"/>
        </w:rPr>
        <w:t xml:space="preserve">Podmiot przetwarzający, w miarę możliwości, pomaga Administratorowi w realizacji praw osób, których </w:t>
      </w:r>
      <w:proofErr w:type="gramStart"/>
      <w:r>
        <w:rPr>
          <w:sz w:val="21"/>
        </w:rPr>
        <w:t>dane</w:t>
      </w:r>
      <w:proofErr w:type="gramEnd"/>
      <w:r>
        <w:rPr>
          <w:sz w:val="21"/>
        </w:rPr>
        <w:t xml:space="preserve"> dotyczą, oraz w wykonywaniu obowiązków wynikających z art. </w:t>
      </w:r>
      <w:proofErr w:type="gramStart"/>
      <w:r>
        <w:rPr>
          <w:sz w:val="21"/>
        </w:rPr>
        <w:t>32–36 RODO.</w:t>
      </w:r>
      <w:proofErr w:type="gramEnd"/>
    </w:p>
    <w:p w:rsidR="00CC5CAE" w:rsidRDefault="00B57AB0" w:rsidP="00C955F9">
      <w:pPr>
        <w:keepNext/>
        <w:spacing w:before="100" w:after="60"/>
        <w:jc w:val="center"/>
      </w:pPr>
      <w:proofErr w:type="gramStart"/>
      <w:r>
        <w:rPr>
          <w:b/>
          <w:sz w:val="21"/>
        </w:rPr>
        <w:t>§ 6.</w:t>
      </w:r>
      <w:proofErr w:type="gramEnd"/>
      <w:r>
        <w:rPr>
          <w:b/>
          <w:sz w:val="21"/>
        </w:rPr>
        <w:t xml:space="preserve"> Kontrola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1. </w:t>
      </w:r>
      <w:r>
        <w:rPr>
          <w:sz w:val="21"/>
        </w:rPr>
        <w:t xml:space="preserve">Podmiot przetwarzający udostępnia Administratorowi informacje niezbędne do wykazania spełnienia obowiązków z art. </w:t>
      </w:r>
      <w:proofErr w:type="gramStart"/>
      <w:r>
        <w:rPr>
          <w:sz w:val="21"/>
        </w:rPr>
        <w:t>28</w:t>
      </w:r>
      <w:proofErr w:type="gramEnd"/>
      <w:r>
        <w:rPr>
          <w:sz w:val="21"/>
        </w:rPr>
        <w:t xml:space="preserve"> RODO oraz umożliwia przeprowadzenie kontroli lub audytu w zakresie objętym powierzeniem.</w:t>
      </w:r>
    </w:p>
    <w:p w:rsidR="00CC5CAE" w:rsidRDefault="00B57AB0" w:rsidP="00C955F9">
      <w:pPr>
        <w:keepNext/>
        <w:spacing w:before="100" w:after="60"/>
        <w:jc w:val="center"/>
      </w:pPr>
      <w:proofErr w:type="gramStart"/>
      <w:r>
        <w:rPr>
          <w:b/>
          <w:sz w:val="21"/>
        </w:rPr>
        <w:t>§ 7.</w:t>
      </w:r>
      <w:proofErr w:type="gramEnd"/>
      <w:r>
        <w:rPr>
          <w:b/>
          <w:sz w:val="21"/>
        </w:rPr>
        <w:t xml:space="preserve"> Zakończenie przetwarzania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1. </w:t>
      </w:r>
      <w:r>
        <w:rPr>
          <w:sz w:val="21"/>
        </w:rPr>
        <w:t xml:space="preserve">Po zakończeniu świadczenia usług Podmiot przetwarzający, zgodnie z decyzją Administratora, zwróci lub usunie powierzone </w:t>
      </w:r>
      <w:proofErr w:type="gramStart"/>
      <w:r>
        <w:rPr>
          <w:sz w:val="21"/>
        </w:rPr>
        <w:t>dane</w:t>
      </w:r>
      <w:proofErr w:type="gramEnd"/>
      <w:r>
        <w:rPr>
          <w:sz w:val="21"/>
        </w:rPr>
        <w:t xml:space="preserve"> oraz ich kopie, chyba że obowiązek dalszego przechowywania wynika z prawa.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2. </w:t>
      </w:r>
      <w:r>
        <w:rPr>
          <w:sz w:val="21"/>
        </w:rPr>
        <w:t xml:space="preserve">Usunięcie danych zostanie potwierdzone Administratorowi </w:t>
      </w:r>
      <w:proofErr w:type="gramStart"/>
      <w:r>
        <w:rPr>
          <w:sz w:val="21"/>
        </w:rPr>
        <w:t>na</w:t>
      </w:r>
      <w:proofErr w:type="gramEnd"/>
      <w:r>
        <w:rPr>
          <w:sz w:val="21"/>
        </w:rPr>
        <w:t xml:space="preserve"> jego żądanie.</w:t>
      </w:r>
    </w:p>
    <w:p w:rsidR="00CC5CAE" w:rsidRDefault="00B57AB0" w:rsidP="00C955F9">
      <w:pPr>
        <w:keepNext/>
        <w:spacing w:before="100" w:after="60"/>
        <w:jc w:val="center"/>
      </w:pPr>
      <w:proofErr w:type="gramStart"/>
      <w:r>
        <w:rPr>
          <w:b/>
          <w:sz w:val="21"/>
        </w:rPr>
        <w:lastRenderedPageBreak/>
        <w:t>§ 8.</w:t>
      </w:r>
      <w:proofErr w:type="gramEnd"/>
      <w:r>
        <w:rPr>
          <w:b/>
          <w:sz w:val="21"/>
        </w:rPr>
        <w:t xml:space="preserve"> Postanowienia końcowe</w:t>
      </w:r>
    </w:p>
    <w:p w:rsidR="00CC5CAE" w:rsidRDefault="00B57AB0">
      <w:pPr>
        <w:spacing w:after="40"/>
        <w:ind w:left="312" w:hanging="312"/>
        <w:jc w:val="both"/>
      </w:pPr>
      <w:r>
        <w:rPr>
          <w:b/>
          <w:sz w:val="21"/>
        </w:rPr>
        <w:t xml:space="preserve">1. </w:t>
      </w:r>
      <w:r>
        <w:rPr>
          <w:sz w:val="21"/>
        </w:rPr>
        <w:t xml:space="preserve">W zakresie nieuregulowanym niniejszą umową stosuje się RODO oraz ustawę z dnia 10 maja 2018 r. </w:t>
      </w:r>
      <w:proofErr w:type="gramStart"/>
      <w:r>
        <w:rPr>
          <w:sz w:val="21"/>
        </w:rPr>
        <w:t xml:space="preserve">o </w:t>
      </w:r>
      <w:r w:rsidR="00C955F9">
        <w:rPr>
          <w:sz w:val="21"/>
        </w:rPr>
        <w:t> </w:t>
      </w:r>
      <w:proofErr w:type="spellStart"/>
      <w:r>
        <w:rPr>
          <w:sz w:val="21"/>
        </w:rPr>
        <w:t>ochronie</w:t>
      </w:r>
      <w:proofErr w:type="spellEnd"/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danych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osobowych</w:t>
      </w:r>
      <w:proofErr w:type="spellEnd"/>
      <w:r>
        <w:rPr>
          <w:sz w:val="21"/>
        </w:rPr>
        <w:t>.</w:t>
      </w:r>
    </w:p>
    <w:p w:rsidR="00CC5CAE" w:rsidRDefault="00B57AB0">
      <w:pPr>
        <w:spacing w:after="40"/>
        <w:ind w:left="312" w:hanging="312"/>
        <w:jc w:val="both"/>
        <w:rPr>
          <w:sz w:val="21"/>
        </w:rPr>
      </w:pPr>
      <w:proofErr w:type="gramStart"/>
      <w:r>
        <w:rPr>
          <w:b/>
          <w:sz w:val="21"/>
        </w:rPr>
        <w:t xml:space="preserve">2. </w:t>
      </w:r>
      <w:r>
        <w:rPr>
          <w:sz w:val="21"/>
        </w:rPr>
        <w:t xml:space="preserve">Umowa powierzenia </w:t>
      </w:r>
      <w:proofErr w:type="spellStart"/>
      <w:r>
        <w:rPr>
          <w:sz w:val="21"/>
        </w:rPr>
        <w:t>stanowi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integralną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część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umowy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głównej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powoduje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dodatkowego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wynagrodzenia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dla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Podmiotu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przetwarzającego</w:t>
      </w:r>
      <w:proofErr w:type="spellEnd"/>
      <w:r>
        <w:rPr>
          <w:sz w:val="21"/>
        </w:rPr>
        <w:t>.</w:t>
      </w:r>
      <w:proofErr w:type="gramEnd"/>
    </w:p>
    <w:p w:rsidR="00C955F9" w:rsidRDefault="00C955F9">
      <w:pPr>
        <w:spacing w:after="40"/>
        <w:ind w:left="312" w:hanging="312"/>
        <w:jc w:val="both"/>
      </w:pPr>
    </w:p>
    <w:p w:rsidR="00C955F9" w:rsidRDefault="00C955F9">
      <w:pPr>
        <w:spacing w:after="40"/>
        <w:ind w:left="312" w:hanging="312"/>
        <w:jc w:val="both"/>
      </w:pPr>
    </w:p>
    <w:p w:rsidR="00C955F9" w:rsidRDefault="00C955F9">
      <w:pPr>
        <w:spacing w:after="40"/>
        <w:ind w:left="312" w:hanging="312"/>
        <w:jc w:val="both"/>
      </w:pPr>
    </w:p>
    <w:p w:rsidR="00C955F9" w:rsidRDefault="00C955F9">
      <w:pPr>
        <w:spacing w:after="40"/>
        <w:ind w:left="312" w:hanging="312"/>
        <w:jc w:val="both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7"/>
        <w:gridCol w:w="4957"/>
      </w:tblGrid>
      <w:tr w:rsidR="00CC5CAE">
        <w:trPr>
          <w:jc w:val="center"/>
        </w:trPr>
        <w:tc>
          <w:tcPr>
            <w:tcW w:w="4957" w:type="dxa"/>
          </w:tcPr>
          <w:p w:rsidR="00CC5CAE" w:rsidRDefault="00B57AB0">
            <w:pPr>
              <w:jc w:val="center"/>
            </w:pPr>
            <w:r>
              <w:rPr>
                <w:b/>
                <w:sz w:val="21"/>
              </w:rPr>
              <w:t>ADMINISTRATOR</w:t>
            </w:r>
          </w:p>
        </w:tc>
        <w:tc>
          <w:tcPr>
            <w:tcW w:w="4957" w:type="dxa"/>
          </w:tcPr>
          <w:p w:rsidR="00CC5CAE" w:rsidRDefault="00B57AB0">
            <w:pPr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PODMIOT PRZETWARZAJĄCY</w:t>
            </w:r>
          </w:p>
          <w:p w:rsidR="00C955F9" w:rsidRDefault="00C955F9">
            <w:pPr>
              <w:jc w:val="center"/>
              <w:rPr>
                <w:b/>
                <w:sz w:val="21"/>
              </w:rPr>
            </w:pPr>
          </w:p>
          <w:p w:rsidR="00C955F9" w:rsidRDefault="00C955F9">
            <w:pPr>
              <w:jc w:val="center"/>
              <w:rPr>
                <w:b/>
                <w:sz w:val="21"/>
              </w:rPr>
            </w:pPr>
          </w:p>
          <w:p w:rsidR="00C955F9" w:rsidRDefault="00C955F9">
            <w:pPr>
              <w:jc w:val="center"/>
            </w:pPr>
          </w:p>
        </w:tc>
      </w:tr>
      <w:tr w:rsidR="00CC5CAE">
        <w:trPr>
          <w:jc w:val="center"/>
        </w:trPr>
        <w:tc>
          <w:tcPr>
            <w:tcW w:w="4957" w:type="dxa"/>
          </w:tcPr>
          <w:p w:rsidR="00CC5CAE" w:rsidRDefault="00B57AB0">
            <w:pPr>
              <w:jc w:val="center"/>
            </w:pPr>
            <w:r>
              <w:rPr>
                <w:sz w:val="21"/>
              </w:rPr>
              <w:t>........................................................</w:t>
            </w:r>
          </w:p>
        </w:tc>
        <w:tc>
          <w:tcPr>
            <w:tcW w:w="4957" w:type="dxa"/>
          </w:tcPr>
          <w:p w:rsidR="00CC5CAE" w:rsidRDefault="00B57AB0">
            <w:pPr>
              <w:jc w:val="center"/>
            </w:pPr>
            <w:r>
              <w:rPr>
                <w:sz w:val="21"/>
              </w:rPr>
              <w:t>........................................................</w:t>
            </w:r>
          </w:p>
        </w:tc>
      </w:tr>
    </w:tbl>
    <w:p w:rsidR="00C955F9" w:rsidRDefault="00C955F9" w:rsidP="00423543">
      <w:pPr>
        <w:rPr>
          <w:b/>
          <w:sz w:val="26"/>
        </w:rPr>
      </w:pPr>
      <w:bookmarkStart w:id="0" w:name="_GoBack"/>
      <w:bookmarkEnd w:id="0"/>
    </w:p>
    <w:sectPr w:rsidR="00C955F9" w:rsidSect="00034616">
      <w:pgSz w:w="12240" w:h="15840"/>
      <w:pgMar w:top="680" w:right="1077" w:bottom="6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A5D8B"/>
    <w:rsid w:val="00326F90"/>
    <w:rsid w:val="00423543"/>
    <w:rsid w:val="00442A6F"/>
    <w:rsid w:val="004471C3"/>
    <w:rsid w:val="00AA1D8D"/>
    <w:rsid w:val="00B47730"/>
    <w:rsid w:val="00B57AB0"/>
    <w:rsid w:val="00C955F9"/>
    <w:rsid w:val="00CB0664"/>
    <w:rsid w:val="00CC5CAE"/>
    <w:rsid w:val="00F5329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pPr>
      <w:spacing w:after="30" w:line="240" w:lineRule="auto"/>
    </w:pPr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4471C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1C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pPr>
      <w:spacing w:after="30" w:line="240" w:lineRule="auto"/>
    </w:pPr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4471C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97E6DE-EF48-4DFF-B81B-57FC034E7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11</Pages>
  <Words>3595</Words>
  <Characters>21575</Characters>
  <Application>Microsoft Office Word</Application>
  <DocSecurity>0</DocSecurity>
  <Lines>179</Lines>
  <Paragraphs>50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Komplet dokumentów – Korpus Wsparcia Seniorów 2026 – po komunikacie URPL 05.08.2026</vt:lpstr>
      <vt:lpstr/>
    </vt:vector>
  </TitlesOfParts>
  <Manager/>
  <Company/>
  <LinksUpToDate>false</LinksUpToDate>
  <CharactersWithSpaces>25120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Komplet dokumentów – Korpus Wsparcia Seniorów 2026 – po komunikacie URPL 05.08.2026</dc:title>
  <dc:subject/>
  <dc:creator>Ośrodek Pomocy Społecznej w Czarnem</dc:creator>
  <cp:keywords/>
  <dc:description>generated by python-docx</dc:description>
  <cp:lastModifiedBy>Magda</cp:lastModifiedBy>
  <cp:revision>6</cp:revision>
  <cp:lastPrinted>2026-08-13T12:01:00Z</cp:lastPrinted>
  <dcterms:created xsi:type="dcterms:W3CDTF">2013-12-23T23:15:00Z</dcterms:created>
  <dcterms:modified xsi:type="dcterms:W3CDTF">2026-08-25T07:21:00Z</dcterms:modified>
  <cp:category/>
</cp:coreProperties>
</file>